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0"/>
              </w:rPr>
              <w:t>관광벤처창업론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0" w:after="40"/>
        <w:jc w:val="center"/>
      </w:pPr>
      <w:r>
        <w:rPr>
          <w:rFonts w:ascii="NanumBarunGothic" w:hAnsi="NanumBarunGothic" w:eastAsia="NanumBarunGothic"/>
          <w:b/>
          <w:i w:val="0"/>
          <w:color w:val="17365D"/>
          <w:sz w:val="40"/>
        </w:rPr>
        <w:t>예비관광벤처 사업계획서</w:t>
      </w:r>
    </w:p>
    <w:p>
      <w:pPr>
        <w:spacing w:before="0" w:after="80"/>
        <w:jc w:val="center"/>
      </w:pPr>
      <w:r>
        <w:rPr>
          <w:rFonts w:ascii="NanumBarunGothic" w:hAnsi="NanumBarunGothic" w:eastAsia="NanumBarunGothic"/>
          <w:b/>
          <w:i w:val="0"/>
          <w:color w:val="4A6C8C"/>
          <w:sz w:val="24"/>
        </w:rPr>
        <w:t>주차별 작업 워크북 · 16주</w:t>
      </w:r>
    </w:p>
    <w:p>
      <w:pPr>
        <w:spacing w:before="0" w:after="160"/>
        <w:jc w:val="center"/>
      </w:pPr>
      <w:r>
        <w:rPr>
          <w:rFonts w:ascii="NanumBarunGothic" w:hAnsi="NanumBarunGothic" w:eastAsia="NanumBarunGothic"/>
          <w:b w:val="0"/>
          <w:i w:val="0"/>
          <w:color w:val="6B7280"/>
          <w:sz w:val="19"/>
        </w:rPr>
        <w:t>한국관광공사 「관광벤처사업 예비부문」 공식 사업계획서 양식에 맞춘 학내 작업지</w:t>
      </w:r>
    </w:p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9"/>
              </w:rPr>
              <w:t>이 워크북은 무엇인가</w:t>
            </w:r>
          </w:p>
        </w:tc>
      </w:tr>
      <w:tr>
        <w:trPr>
          <w:trHeight w:val="108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리포트를 쓰는 과제가 아닙니다. 한 학기 동안 매주 한 칸씩 채워서, 학기 말에 「실제로 낼 수 있는 사업계획서 한 부」를 완성하는 작업지입니다.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제18회 공모는 2026. 4. 29. 공고 → 5. 15. 마감이었습니다. 다음 회차(제19회)는 2027년 4월 말 공고가 예상되므로, 이번 학기에 쓰고 겨울에 다듬으면 실제 접수 일정에 맞습니다.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지원자격은 「공고일 기준 사업자등록증이 없는 예비창업자」 — 여러분 전원이 해당합니다. 만 39세 이하 청년가점 1점도 별도 서류 없이 자동 부여됩니다.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6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공식 양식의 구조 — 본문 13장 이내 · 맑은고딕 11pt · 줄간격 160 · PDF 제출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565"/>
        <w:gridCol w:w="1115"/>
        <w:gridCol w:w="6469"/>
      </w:tblGrid>
      <w:tr>
        <w:trPr>
          <w:trHeight w:val="28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절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분량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하위 항목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표지 · 일반현황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—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신청유형 택1 / 서비스명 20자 / 한줄설명 50자 / 협약 KPI · 매출 · 투자 · 고용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사업요약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1매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요약만으로 사업의 당위성을 설득할 것 (본문 편집·복사 금지)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1. 사업 개요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2장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1-1 문제 인식의 구체성 및 현실성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2. 시장성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3장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2-1 시장현황·목표고객 / 2-2 사업모델(도식화) / 2-3 잠재리스크 및 대응방안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3. 사업화 역량·실현가능성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4장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3-1 개발계획 / 3-2 홍보·판로 / 3-3 자금운용[표1] / 3-4 일정[표2·3] / 3-5 Scale-up[표4]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4. 관광산업 부합성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1장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4-1 관광시장 이해도·트렌드 / 4-2 아이템과 관광산업의 연관성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5. 팀빌딩 및 역량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2장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5-1 전문성·운영능력 / 5-2 신뢰구축 / 5-3 인력·조직[표5]</w:t>
            </w:r>
          </w:p>
        </w:tc>
      </w:tr>
      <w:tr>
        <w:trPr>
          <w:trHeight w:val="300" w:hRule="atLeast"/>
        </w:trPr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6. 기업가 정신 및 태도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1장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6-1 KPI 달성의 현실성 및 사업참여 적극성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0" w:after="160"/>
      </w:pPr>
      <w:r>
        <w:rPr>
          <w:rFonts w:ascii="NanumBarunGothic" w:hAnsi="NanumBarunGothic" w:eastAsia="NanumBarunGothic"/>
          <w:b w:val="0"/>
          <w:i w:val="0"/>
          <w:color w:val="A03030"/>
          <w:sz w:val="17"/>
        </w:rPr>
        <w:t>※ 공고문 원문 — “미작성·누락 시 감점”, “양식·분량 미준수 시 평가대상 제외”. 칸을 비우는 것 자체가 실점입니다.</w:t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평가 배점 — 이 표가 이 과제의 성적 루브릭입니다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681"/>
        <w:gridCol w:w="1227"/>
        <w:gridCol w:w="1227"/>
        <w:gridCol w:w="4014"/>
      </w:tblGrid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평가항목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서류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발표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이 워크북의 주차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1. 사업개요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25%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20%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2 · 3 · 4주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2. 시장성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25%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20%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5 · 6 · 7주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3. 사업화 역량 및 실현가능성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20%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25%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9 · 10 · 11 · 12 · 13주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4. 관광산업 트렌드 부합성 및 연관성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10%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10%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14주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5. 팀빌딩 및 역량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20%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15%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14주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6. 기업가 정신 및 태도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—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10%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15주</w:t>
            </w:r>
          </w:p>
        </w:tc>
      </w:tr>
      <w:tr>
        <w:trPr>
          <w:trHeight w:val="280" w:hRule="atLeast"/>
        </w:trPr>
        <w:tc>
          <w:tcPr>
            <w:tcW w:type="dxa" w:w="368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총계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100%</w:t>
            </w:r>
          </w:p>
        </w:tc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100%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8주 중간점검 · 16주 모의 PT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color w:val="9A5B00"/>
          <w:sz w:val="17"/>
        </w:rPr>
        <w:t>※ 1절 + 2절 = 서류 배점의 절반(50%). 문제 정의와 시장성이 흔들리면 뒤 칸은 읽히지 않습니다.</w:t>
      </w:r>
    </w:p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AI 사용 규칙과 16주 일람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먼저 읽을 것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AI를 써도 됩니다 — 다만 세 가지는 지킵니다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669"/>
        <w:gridCol w:w="3011"/>
        <w:gridCol w:w="6469"/>
      </w:tblGrid>
      <w:tr>
        <w:trPr>
          <w:trHeight w:val="280" w:hRule="atLeast"/>
        </w:trPr>
        <w:tc>
          <w:tcPr>
            <w:tcW w:type="dxa" w:w="6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원칙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왜</w:t>
            </w:r>
          </w:p>
        </w:tc>
      </w:tr>
      <w:tr>
        <w:trPr>
          <w:trHeight w:val="520" w:hRule="atLeast"/>
        </w:trPr>
        <w:tc>
          <w:tcPr>
            <w:tcW w:type="dxa" w:w="6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22"/>
              </w:rPr>
              <w:t>1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AI가 쓴 문장은 내 문장으로 다시 쓴다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공고문 원문 — “타인의 사업계획서를 모방·표절·도용하거나 대필하는 경우 사업 참여 불가, 사업비 환수 등의 제재”. 실제로 낼 서류입니다.</w:t>
            </w:r>
          </w:p>
        </w:tc>
      </w:tr>
      <w:tr>
        <w:trPr>
          <w:trHeight w:val="520" w:hRule="atLeast"/>
        </w:trPr>
        <w:tc>
          <w:tcPr>
            <w:tcW w:type="dxa" w:w="6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22"/>
              </w:rPr>
              <w:t>2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숫자는 반드시 원문 URL을 열어 확인한다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AI는 그럴듯한 통계를 지어냅니다. 지어낸 숫자는 표절보다 위험합니다 — “허위 기재 시 심사 제외, 선정 후 발각 시 선정 취소”.</w:t>
            </w:r>
          </w:p>
        </w:tc>
      </w:tr>
      <w:tr>
        <w:trPr>
          <w:trHeight w:val="520" w:hRule="atLeast"/>
        </w:trPr>
        <w:tc>
          <w:tcPr>
            <w:tcW w:type="dxa" w:w="6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22"/>
              </w:rPr>
              <w:t>3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매주 「AI에게 무엇을 물었나」를 적는다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각 시트 아래 &lt;AI 사용 기록&gt; 칸. 학기말에 이 기록을 함께 제출합니다. 숨기지 않고 적으면 감점이 없습니다.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0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0F0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A03030"/>
                <w:sz w:val="18"/>
              </w:rPr>
              <w:t>직접 써야 하는 칸이 둘 있습니다 — 1-1 문제 인식(2~4주)과 5절 팀빌딩(14주). 대필이 가장 티 나는 곳이고, 심사에서도 여기서 갈립니다.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6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16주 일람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836"/>
        <w:gridCol w:w="4071"/>
        <w:gridCol w:w="1784"/>
        <w:gridCol w:w="3458"/>
      </w:tblGrid>
      <w:tr>
        <w:trPr>
          <w:trHeight w:val="28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주차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이번 주에 채우는 칸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양식의 위치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내는 것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지원분야 넷 읽고 내 유형 정하기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일반현황 · 신청유형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유형 택1 + 한줄설명 50자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2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문제 정의 — 누가 · 무엇을 · 왜 지금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1-1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문제 정의 세 문장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3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근거 수집 — 검증된 숫자 세 개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1-1 뒷받침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출처 URL 3건 + 숫자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4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해결 방법의 현실성과 차별성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1-1 완성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1절 초고 A4 1장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5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시장 현황과 목표고객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2-1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2-1 초고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6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사업모델 도식화 — 돈은 누가 내나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2-2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BM 도식 1장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7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잠재리스크와 대응방안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2-3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리스크 3건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중간 점검 — 1·2절 자기평가 + 동료 리뷰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배점 50% 구간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1·2절 수정본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9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상품·서비스·인프라 개발 계획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3-1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MVP 정의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10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홍보 및 판로개척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3-2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채널별 계획표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11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자금운용계획 — 7천만원을 어디에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3-3 [표1]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[표1] 완성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12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일정계획 — 전체 / 협약기간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3-4 [표2·3]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[표2][표3] 완성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13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Scale-up — 3년 추정과 그 근거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3-5 [표4]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[표4] + 계산식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14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관광산업 연관성 + 팀빌딩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4절 · 5절 [표5]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4·5절 초고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15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기업가정신 · KPI · 사업요약 1매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6절 · 사업요약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전체 통합본</w:t>
            </w:r>
          </w:p>
        </w:tc>
      </w:tr>
      <w:tr>
        <w:trPr>
          <w:trHeight w:val="300" w:hRule="atLeast"/>
        </w:trPr>
        <w:tc>
          <w:tcPr>
            <w:tcW w:type="dxa" w:w="83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8"/>
              </w:rPr>
              <w:t>16</w:t>
            </w:r>
          </w:p>
        </w:tc>
        <w:tc>
          <w:tcPr>
            <w:tcW w:type="dxa" w:w="407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모의 PT 8분 + 상호평가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발표평가 배점표</w:t>
            </w:r>
          </w:p>
        </w:tc>
        <w:tc>
          <w:tcPr>
            <w:tcW w:type="dxa" w:w="34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최종본 + 발표자료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60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학내 제출은 본문 6장 이내(사업요약 1 + 각 절 절반)로 줄여 씁니다. 다만 절을 빼지는 않습니다 — 칸을 다 채우는 것 자체가 훈련이고, 실제 공모에서는 빈 칸이 곧 감점입니다. 우수작은 겨울방학에 13장 완본으로 늘려 실제 접수합니다.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1주차  ·  지원분야 넷을 읽고 내 유형을 정한다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일반현황 · 신청유형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① 네 유형의 정의 차이를 말로 설명할 수 있다 ② 내 아이템의 주력부문 하나를 정한다 ③ 서비스명 20자와 한 줄 설명 50자를 쓴다.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지원분야 넷 — 공고문의 정의와 예시를 그대로 옮겼습니다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729"/>
        <w:gridCol w:w="3011"/>
        <w:gridCol w:w="3625"/>
        <w:gridCol w:w="1784"/>
      </w:tblGrid>
      <w:tr>
        <w:trPr>
          <w:trHeight w:val="280" w:hRule="atLeast"/>
        </w:trPr>
        <w:tc>
          <w:tcPr>
            <w:tcW w:type="dxa" w:w="172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모집유형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공고의 정의</w:t>
            </w:r>
          </w:p>
        </w:tc>
        <w:tc>
          <w:tcPr>
            <w:tcW w:type="dxa" w:w="362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공고가 든 예시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 아이템 해당?</w:t>
            </w:r>
          </w:p>
        </w:tc>
      </w:tr>
      <w:tr>
        <w:trPr>
          <w:trHeight w:val="680" w:hRule="exact"/>
        </w:trPr>
        <w:tc>
          <w:tcPr>
            <w:tcW w:type="dxa" w:w="172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실감형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관광콘텐츠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6"/>
              </w:rPr>
              <w:t>관광객이 직접 참여·공감하는 새 체험 프로그램·콘텐츠의 개발과 운영</w:t>
            </w:r>
          </w:p>
        </w:tc>
        <w:tc>
          <w:tcPr>
            <w:tcW w:type="dxa" w:w="362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AR/VR/XR 관광지·문화유산 체험 · 메타버스 관광 · 가상투어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테마여행 상품(한류 · 미식 · 반려동물 · 러닝 · 캠핑 · 의료관광 · MICE)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  <w:tr>
        <w:trPr>
          <w:trHeight w:val="680" w:hRule="exact"/>
        </w:trPr>
        <w:tc>
          <w:tcPr>
            <w:tcW w:type="dxa" w:w="172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관광체험서비스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6"/>
              </w:rPr>
              <w:t>정보탐색·이동·숙박·체험 등 관광여정에 혁신적 기술로 편의 제공</w:t>
            </w:r>
          </w:p>
        </w:tc>
        <w:tc>
          <w:tcPr>
            <w:tcW w:type="dxa" w:w="362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통합 예약·결제 플랫폼(숙박·항공·체험·교통) · 무인 스마트 관광안내(키오스크·앱·챗봇)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방한 관광객 간편결제·환전·보험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  <w:tr>
        <w:trPr>
          <w:trHeight w:val="680" w:hRule="exact"/>
        </w:trPr>
        <w:tc>
          <w:tcPr>
            <w:tcW w:type="dxa" w:w="172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관광딥테크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6"/>
              </w:rPr>
              <w:t>AI·빅데이터·클라우드 등 첨단기술로 관광기업 운영 효율화·산업 고도화</w:t>
            </w:r>
          </w:p>
        </w:tc>
        <w:tc>
          <w:tcPr>
            <w:tcW w:type="dxa" w:w="362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AI 여행 큐레이션·일정 추천 · 피지컬 AI(로보틱스) 관광서비스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관광기업용 ERP·CRM·PMS·SaaS · GIS·빅데이터 관광분석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  <w:tr>
        <w:trPr>
          <w:trHeight w:val="680" w:hRule="exact"/>
        </w:trPr>
        <w:tc>
          <w:tcPr>
            <w:tcW w:type="dxa" w:w="172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관광인프라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6"/>
              </w:rPr>
              <w:t>오프라인 기반시설 또는 물적 자원을 핵심기반으로 하는 관광사업</w:t>
            </w:r>
          </w:p>
        </w:tc>
        <w:tc>
          <w:tcPr>
            <w:tcW w:type="dxa" w:w="362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테마공원 · 농촌체험 · 복합 관광시설 운영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공유 모빌리티(전기차·자전거·킥보드) 관광 연계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52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9A5B00"/>
                <w:sz w:val="17"/>
              </w:rPr>
              <w:t>유형별 선발 쿼터는 없습니다. 공고문 원문 — ① 해당 유형 선택 ② 융·복합이면 주력부문 하나 선택 ③ 모집유형 구분 없이 평가 고득점 순 선정. 유형은 경쟁 트랙이 아니라 라벨이고, 라벨을 잘못 고르면 4절(관광산업 연관성 10%)에서 깎입니다.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내 아이템 등록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008"/>
        <w:gridCol w:w="8141"/>
      </w:tblGrid>
      <w:tr>
        <w:trPr>
          <w:trHeight w:val="520" w:hRule="exact"/>
        </w:trPr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신청유형 (택 1)</w:t>
            </w:r>
          </w:p>
        </w:tc>
        <w:tc>
          <w:tcPr>
            <w:tcW w:type="dxa" w:w="814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□ 실감형 관광콘텐츠    □ 관광체험서비스    □ 관광딥테크    □ 관광인프라</w:t>
            </w:r>
          </w:p>
        </w:tc>
      </w:tr>
      <w:tr>
        <w:trPr>
          <w:trHeight w:val="520" w:hRule="exact"/>
        </w:trPr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서비스(상품)명</w:t>
            </w:r>
          </w:p>
        </w:tc>
        <w:tc>
          <w:tcPr>
            <w:tcW w:type="dxa" w:w="814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20자 내외</w:t>
            </w:r>
          </w:p>
        </w:tc>
      </w:tr>
      <w:tr>
        <w:trPr>
          <w:trHeight w:val="520" w:hRule="exact"/>
        </w:trPr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한 줄 설명</w:t>
            </w:r>
          </w:p>
        </w:tc>
        <w:tc>
          <w:tcPr>
            <w:tcW w:type="dxa" w:w="814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50자 내외 — “누구의 무엇을 어떻게 해결하는 ○○ 서비스”</w:t>
            </w:r>
          </w:p>
        </w:tc>
      </w:tr>
      <w:tr>
        <w:trPr>
          <w:trHeight w:val="520" w:hRule="exact"/>
        </w:trPr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이 유형을 고른 근거</w:t>
            </w:r>
          </w:p>
        </w:tc>
        <w:tc>
          <w:tcPr>
            <w:tcW w:type="dxa" w:w="814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위 「공고의 정의」 문장 중 어느 구절에 내 아이템이 걸리는지 그 구절을 인용해서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심사자는 내 아이템을 네 서랍 중 어디에 넣을까? 그렇게 생각한 이유를 한 문장으로 —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네 유형의 정의를 붙여넣고 “내 아이디어가 어느 유형에 가장 가까운지 근거와 함께 설명해 줘”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아이템 자체. AI에게 「관광 창업 아이템 10개 추천」을 받아 고르는 것은 이 과제의 시작이 아닙니다.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네 유형 정의를 읽고, 내 아이디어 &lt;   &gt;가 어디에 해당하는지, 반대로 해당하지 않는 유형은 왜인지 알려줘”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유형 택1 · 서비스명 20자 · 한줄설명 50자 · 유형 선택 근거 한 문장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2주차  ·  문제를 정의한다 — 누가 · 무엇을 · 왜 지금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1-1  ·  서류 배점 25%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문제를 세 문장으로 쓴다. 이 세 문장이 사업계획서 전체에서 가장 여러 번 고쳐 쓰게 될 문장입니다.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1-1 문제 인식 — 공고 양식이 요구하는 세 가지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92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(1) 해결하려는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구체적 문제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“불편하다”가 아니라 언제·어디서·무엇이 안 되는지. 한 문장으로 쓰고 아래에 부연.</w:t>
            </w:r>
          </w:p>
        </w:tc>
      </w:tr>
      <w:tr>
        <w:trPr>
          <w:trHeight w:val="92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(2) 문제 발생의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원인과 배경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왜 아직도 해결되지 않았나. 구조적 이유(제도·비용·정보 비대칭 등)를 짚을 것.</w:t>
            </w:r>
          </w:p>
        </w:tc>
      </w:tr>
      <w:tr>
        <w:trPr>
          <w:trHeight w:val="92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(3) 영향을 받는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구체적 대상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고객 · 사용자 · 시장. “관광객”은 대상이 아닙니다. 더 좁게.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그 한 사람에서 사업기회까지 — 여섯 문장으로 잇습니다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784"/>
        <w:gridCol w:w="1896"/>
        <w:gridCol w:w="6469"/>
      </w:tblGrid>
      <w:tr>
        <w:trPr>
          <w:trHeight w:val="560" w:hRule="exact"/>
        </w:trPr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WHO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#누구인가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나이 · 상황 · 여행 목적 (실존 인물이면 가장 좋습니다. 나 자신이어도 됩니다)</w:t>
            </w:r>
          </w:p>
        </w:tc>
      </w:tr>
      <w:tr>
        <w:trPr>
          <w:trHeight w:val="560" w:hRule="exact"/>
        </w:trPr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PROBLEM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#그가 겪은 장면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몇 시에 어디서 무엇을 하려다 막혔는지, 장면으로</w:t>
            </w:r>
          </w:p>
        </w:tc>
      </w:tr>
      <w:tr>
        <w:trPr>
          <w:trHeight w:val="560" w:hRule="exact"/>
        </w:trPr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ALTERNATIVE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#지금은 어떻게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해결하나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대안이 아예 없는 경우는 드뭅니다. 지금의 불완전한 해결책을 적어야 내 자리가 보입니다.</w:t>
            </w:r>
          </w:p>
        </w:tc>
      </w:tr>
      <w:tr>
        <w:trPr>
          <w:trHeight w:val="560" w:hRule="exact"/>
        </w:trPr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UNMET NEED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#그 방법의 어떤 점이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남아 있나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대체제를 쓰고도 남는 불편. 여기가 내 사업이 들어갈 틈입니다.</w:t>
            </w:r>
          </w:p>
        </w:tc>
      </w:tr>
      <w:tr>
        <w:trPr>
          <w:trHeight w:val="560" w:hRule="exact"/>
        </w:trPr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OPPORTUNITY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#그래서 어떤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사업기회가 생기나</w:t>
            </w:r>
          </w:p>
        </w:tc>
        <w:tc>
          <w:tcPr>
            <w:tcW w:type="dxa" w:w="64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남은 불편을 뒤집으면 기회가 됩니다. 한 문장으로.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0" w:after="40"/>
      </w:pPr>
      <w:r>
        <w:rPr>
          <w:rFonts w:ascii="NanumBarunGothic" w:hAnsi="NanumBarunGothic" w:eastAsia="NanumBarunGothic"/>
          <w:b w:val="0"/>
          <w:i w:val="0"/>
          <w:color w:val="6B7280"/>
          <w:sz w:val="16"/>
        </w:rPr>
        <w:t>EVIDENCE(증거)는 다음 주 시트 3에서 채웁니다 — 이 여섯 문장이 1-1 문제 인식의 뼈대입니다.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이 문제로 실제 불편을 겪은 사람을 한 명 떠올릴 수 있는가? 없다면 문제가 아직 추상적입니다.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내가 쓴 문제 정의를 붙여넣고 “이 문장에서 모호한 지점 3개와, 그렇게 생각한 이유”를 묻기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문제 정의 자체. 이 칸은 학기말까지 「직접 쓴 문장」으로 남아야 합니다.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문제 정의를 읽고 ① 모호한 표현 ② 근거가 필요한 주장 ③ 대상이 너무 넓은 부분을 지적해 줘. 고쳐 쓰지는 마.”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검증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고쳐 쓴 문장을 그대로 붙여넣지 말 것 — 지적만 받고 손은 내가 움직입니다.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문제 정의 세 문장 + 「그 한 사람」 묘사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3주차  ·  근거를 모은다 — 검증된 숫자 세 개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1-1 뒷받침  ·  상상 금지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내 문제 정의를 뒷받침하는 공개 통계 3건을 찾아 URL과 함께 적는다. 숫자 없는 문제 정의는 배점 25% 칸에서 가장 먼저 깎입니다.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숫자 세 개 — 심사자가 검색해서 확인할 수 있어야 합니다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558"/>
        <w:gridCol w:w="2342"/>
        <w:gridCol w:w="2565"/>
        <w:gridCol w:w="1896"/>
        <w:gridCol w:w="2788"/>
      </w:tblGrid>
      <w:tr>
        <w:trPr>
          <w:trHeight w:val="280" w:hRule="atLeas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출처 (기관 · 자료명 · 연도)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URL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가져온 숫자</w:t>
            </w: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이 숫자가 내 문제를 어떻게 뒷받침하나</w:t>
            </w:r>
          </w:p>
        </w:tc>
      </w:tr>
      <w:tr>
        <w:trPr>
          <w:trHeight w:val="880" w:hRule="exac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</w:t>
            </w: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880" w:hRule="exac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2</w:t>
            </w: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880" w:hRule="exac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3</w:t>
            </w: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어디서 찾나 — 근거에는 세 층이 있습니다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2565"/>
        <w:gridCol w:w="6134"/>
      </w:tblGrid>
      <w:tr>
        <w:trPr>
          <w:trHeight w:val="28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층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얻나</w:t>
            </w:r>
          </w:p>
        </w:tc>
        <w:tc>
          <w:tcPr>
            <w:tcW w:type="dxa" w:w="613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어디서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숫자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얼마나 큰가 · 늘고 있나</w:t>
            </w:r>
          </w:p>
        </w:tc>
        <w:tc>
          <w:tcPr>
            <w:tcW w:type="dxa" w:w="613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한국관광 데이터랩(방문자 · 소비 · 이동) · 통계청 KOSIS · 한국관광공사 관광통계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정책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정부가 무엇을 문제로 보는가</w:t>
            </w:r>
          </w:p>
        </w:tc>
        <w:tc>
          <w:tcPr>
            <w:tcW w:type="dxa" w:w="613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PRISM 정책연구용역 결과보고서 · 문화체육관광부 보도자료 · 정부 R&amp;D 공고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보도 · 논문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그 문제가 실제로 있다는 증거</w:t>
            </w:r>
          </w:p>
        </w:tc>
        <w:tc>
          <w:tcPr>
            <w:tcW w:type="dxa" w:w="613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관광특화 통합검색(KTIR, search.visitkorea.or.kr) — 뉴스 · 학술정보를 한 창에서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6"/>
        </w:rPr>
      </w:r>
    </w:p>
    <w:p>
      <w:pPr>
        <w:spacing w:before="0" w:after="40"/>
      </w:pPr>
      <w:r>
        <w:rPr>
          <w:rFonts w:ascii="NanumBarunGothic" w:hAnsi="NanumBarunGothic" w:eastAsia="NanumBarunGothic"/>
          <w:b w:val="0"/>
          <w:i w:val="0"/>
          <w:color w:val="6B7280"/>
          <w:sz w:val="16"/>
        </w:rPr>
        <w:t>세 건을 같은 층에서 가져오지 마십시오 — 한 층에 하나씩. 숫자만 셋이면 「크다」는 말만 세 번 하는 셈이고, 기사만 셋이면 오래가지 못합니다.</w:t>
      </w:r>
    </w:p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숫자를 문장으로 — 1-1에 실제로 들어갈 형태로 옮겨 쓰기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1000" w:hRule="exac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예) “2025년 ○○ 방문객 중 △△은 ××%였으나(출처, 연도), 이들을 위한 □□는 전국에 ○개뿐이다(출처).”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이 숫자를 심사자가 직접 검색해 확인할 수 있는가? URL을 지금 열어서 확인했는가?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통계가 있을 만한 기관·자료명을 찾아 달라고 하기. 검색과 요약은 AI가 훨씬 빠릅니다.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숫자 자체의 채택. AI가 알려준 수치는 반드시 원문 URL을 열어 눈으로 확인한 뒤에 적습니다.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“한국에서 &lt;   &gt;에 관한 공개 통계를 발표하는 기관과 자료명을 알려 줘. 수치는 말하지 말고 자료 이름과 발행처만.”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검증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✔ AI가 준 숫자를 원문에서 확인하지 못했다면 그 숫자는 버립니다. 지어낸 통계는 허위 기재입니다.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출처 · URL · 숫자 3건 + 이를 녹인 문장 한 단락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4주차  ·  해결 방법의 현실성과 차별성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1-1 완성  ·  1절 초고 마감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1절(사업 개요)을 A4 1장으로 붙여 쓴다. (1) 문제 (2) 원인 (3) 대상 (4) 해결방법·차별성이 한 편의 글로 이어져야 합니다.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1-1 (4) 문제 해결 방법의 현실성 및 차별성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84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해결 방법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무엇을 만들어서 그 문제를 어떻게 없애는가. 기능이 아니라 「문제가 사라지는 방식」으로.</w:t>
            </w:r>
          </w:p>
        </w:tc>
      </w:tr>
      <w:tr>
        <w:trPr>
          <w:trHeight w:val="84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왜 현실적인가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협약기간 5개월(2026.7~11) 안에 어디까지 되는가. 내가 가진 자원 · 쓸 수 있는 시간 · 돈.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차별성 — “저희는 다릅니다”는 차별성이 아닙니다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2565"/>
        <w:gridCol w:w="2565"/>
        <w:gridCol w:w="2565"/>
      </w:tblGrid>
      <w:tr>
        <w:trPr>
          <w:trHeight w:val="280" w:hRule="atLeas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비교 항목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 서비스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유사 서비스 ①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유사 서비스 ②</w:t>
            </w:r>
          </w:p>
        </w:tc>
      </w:tr>
      <w:tr>
        <w:trPr>
          <w:trHeight w:val="4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이름 · URL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누구를 위한 것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핵심 방식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가격 · 수익 방식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더 잘하는 한 가지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8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따라 하기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어려운 규칙 하나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남이 베끼려면 무엇이 필요한가 — 데이터 · 관계 · 인증 · 축적 시간 · 독자 기준.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예) 비건부산의 등급 체계처럼, 우리만 갖고 있는 「판정 규칙」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내 서비스를 그대로 베끼려는 사람이 있다면, 그가 못 구하는 것은 무엇인가?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유사 서비스 3개를 찾아 비교표 초안 만들기. 경쟁사 조사는 AI가 잘합니다.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「내가 더 잘하는 한 가지」와 「따라 하기 어려운 규칙」. 이것은 내 판단입니다.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“한국에서 &lt;   &gt;와 비슷한 문제를 푸는 서비스·회사를 찾아 줘. 회사명과 공식 URL, 무엇을 하는지만.”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검증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✔ AI가 든 회사가 실재하는지 홈페이지를 열어 확인할 것. 없는 회사를 경쟁사로 쓰면 발표에서 무너집니다.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1절 초고 A4 1장 (문제 → 원인 → 대상 → 해결방법 · 차별성)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5주차  ·  시장 현황과 목표고객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2-1  ·  서류 배점 25%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시장 규모를 출처와 함께 적고, 목표고객을 「한 사람이 떠오를 만큼」 좁힌다.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2-1 시장현황 및 목표고객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7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시장 현황과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향후 전망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규모(원 · 명 · 건) + 추세(증가/감소) + 출처. 3주차에 모은 숫자를 여기서 다시 씁니다.</w:t>
            </w:r>
          </w:p>
        </w:tc>
      </w:tr>
      <w:tr>
        <w:trPr>
          <w:trHeight w:val="7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목표고객 1순위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“20~30대”는 목표고객이 아닙니다. 아래 ★칸에서 다시 좁힙니다.</w:t>
            </w:r>
          </w:p>
        </w:tc>
      </w:tr>
      <w:tr>
        <w:trPr>
          <w:trHeight w:val="7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그들에게 제공할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가치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그들이 지금 겪는 손해(시간 · 돈 · 불안)가 얼마나 줄어드는가</w:t>
            </w:r>
          </w:p>
        </w:tc>
      </w:tr>
      <w:tr>
        <w:trPr>
          <w:trHeight w:val="7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지금 그들은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어떻게 해결하나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대체재. 아무것도 안 하는 것도 대체재입니다.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고객을 좁히는 다섯 축 — 해당하는 것에 표시하고 값을 적으십시오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952"/>
        <w:gridCol w:w="3123"/>
        <w:gridCol w:w="1952"/>
        <w:gridCol w:w="3122"/>
      </w:tblGrid>
      <w:tr>
        <w:trPr>
          <w:trHeight w:val="480" w:hRule="exact"/>
        </w:trPr>
        <w:tc>
          <w:tcPr>
            <w:tcW w:type="dxa" w:w="195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여행 목적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95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동행 형태</w:t>
            </w:r>
          </w:p>
        </w:tc>
        <w:tc>
          <w:tcPr>
            <w:tcW w:type="dxa" w:w="31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95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거주 · 출발지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95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예산대</w:t>
            </w:r>
          </w:p>
        </w:tc>
        <w:tc>
          <w:tcPr>
            <w:tcW w:type="dxa" w:w="31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95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여행 시점 · 계절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95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정보를 찾는 경로</w:t>
            </w:r>
          </w:p>
        </w:tc>
        <w:tc>
          <w:tcPr>
            <w:tcW w:type="dxa" w:w="31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목표고객을 “20~30대 여행객”이라고 썼다면 다시 쓰십시오. 다시 쓴 문장 →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내가 쓴 고객 정의를 붙여넣고 “더 좁힐 수 있는 축 5개”를 받아 검토하기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어느 축으로 좁힐지의 결정. 좁히는 순간 사업의 방향이 정해집니다.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고객 정의가 너무 넓다면, 어떤 기준으로 더 좁힐 수 있는지 축 5개만 제시해 줘. 답을 고르지는 마.”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2-1 초고 — 시장 현황(출처 포함) + 좁힌 목표고객 + 제공 가치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6주차  ·  사업모델을 도식으로 그린다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2-2  ·  도식 필수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돈이 어디서 나와 어디로 가는지를 그림 한 장으로 만든다. 말로 설명해야 이해되는 도식은 아직 완성이 아닙니다.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2-2 사업모델 — 공고 양식이 “도식화”를 명시적으로 요구합니다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아래 칸에 직접 그리십시오.  등장인물(고객 · 우리 · 공급자 · 플랫폼)을 네모로 두고, 화살표마다 「무엇이 오가는지」를 적습니다 — 돈은 실선, 가치·서비스는 점선.</w:t>
            </w:r>
          </w:p>
        </w:tc>
      </w:tr>
      <w:tr>
        <w:trPr>
          <w:trHeight w:val="3400" w:hRule="exac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수익 구조 — 도식의 「돈 화살표」를 문장으로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231"/>
        <w:gridCol w:w="2008"/>
        <w:gridCol w:w="1896"/>
        <w:gridCol w:w="4014"/>
      </w:tblGrid>
      <w:tr>
        <w:trPr>
          <w:trHeight w:val="280" w:hRule="atLeast"/>
        </w:trPr>
        <w:tc>
          <w:tcPr>
            <w:tcW w:type="dxa" w:w="223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누가 돈을 내나</w:t>
            </w: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무엇에 대해</w:t>
            </w: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얼마</w:t>
            </w: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왜 그 가격이어도 내는가</w:t>
            </w:r>
          </w:p>
        </w:tc>
      </w:tr>
      <w:tr>
        <w:trPr>
          <w:trHeight w:val="520" w:hRule="exact"/>
        </w:trPr>
        <w:tc>
          <w:tcPr>
            <w:tcW w:type="dxa" w:w="223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223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223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01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화살표마다 「무엇이 오가는지」가 적혀 있는가? 돈 화살표의 출발점이 진짜 고객인가?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내 사업을 글로 설명하고 “등장인물과 화살표 구조”를 정리받기 (텍스트 구조도까지)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그림 자체. 손으로 그리든 도구로 그리든, 배치를 결정하는 것은 나입니다.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사업을 비즈니스 모델 도식으로 그리려 해. 등장인물 목록과, 각 화살표에 무엇이 오가는지 목록으로 정리해 줘.”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BM 도식 1장 + 수익 구조 3행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7주차  ·  잠재리스크와 대응방안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2-3  ·  2절 마감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내 사업이 실패한다면 어디서 실패할지 3가지를 적고, 각각에 대응방안을 붙인다.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2-3 잠재리스크 및 대응방안 — 정식 채점 항목입니다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558"/>
        <w:gridCol w:w="2788"/>
        <w:gridCol w:w="1450"/>
        <w:gridCol w:w="2788"/>
        <w:gridCol w:w="2565"/>
      </w:tblGrid>
      <w:tr>
        <w:trPr>
          <w:trHeight w:val="280" w:hRule="atLeas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예상되는 리스크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가능성 · 영향</w:t>
            </w: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대응방안</w:t>
            </w: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그때 도움을 청할 사람 · 기관</w:t>
            </w:r>
          </w:p>
        </w:tc>
      </w:tr>
      <w:tr>
        <w:trPr>
          <w:trHeight w:val="880" w:hRule="exac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</w:t>
            </w: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880" w:hRule="exac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2</w:t>
            </w: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880" w:hRule="exact"/>
        </w:trPr>
        <w:tc>
          <w:tcPr>
            <w:tcW w:type="dxa" w:w="55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3</w:t>
            </w: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56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896"/>
        <w:gridCol w:w="8253"/>
      </w:tblGrid>
      <w:tr>
        <w:trPr>
          <w:trHeight w:val="480" w:hRule="atLeas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리스크의 결</w:t>
            </w:r>
          </w:p>
        </w:tc>
        <w:tc>
          <w:tcPr>
            <w:tcW w:type="dxa" w:w="825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법·제도(인허가 · 개인정보 · 안전)  ·  기술(개발 지연 · 정확도 · 서버)  ·  시장(고객이 안 옴 · 계절성)  ·  운영(1인 체제 · 파트너 이탈)  ·  자금(집행 기한 · 자부담 10%)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52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7"/>
              </w:rPr>
              <w:t>이 칸을 약점 고백으로 여겨 비워 두는 학생이 가장 많습니다. 반대입니다 — 한계를 정확히 아는 사람이 쓴 글로 읽힙니다. 실습에서 겪은 도구의 한계, 예산의 한계를 그대로 쓰는 편이 「문제 없습니다」보다 강합니다.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이 셋 중 「지금 당장 확인할 수 있는 것」이 있는가? 그것을 이번 주에 확인하십시오.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“이런 사업에서 실패한 유사 사례와 그 원인”을 물어 리스크 후보 넓히기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내 사업에 실제로 해당하는 것의 선별과, 대응방안의 현실성 판단.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“&lt;   &gt; 분야에서 초기 창업이 실패하는 흔한 원인을 유형별로 알려 줘. 사례가 있으면 회사명과 출처도.”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리스크 3건 + 대응방안 · 2절(2-1 · 2-2 · 2-3) 통합본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8주차  ·  중간 점검 — 1·2절 자기평가와 동료 리뷰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배점 50% 구간  ·  중간고사 주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내 원고를 두 사람에게 읽히고, 「그래서 왜?」가 나온 지점을 찾아 고친다. 읽는 사람은 사업을 모른다고 가정합니다.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자기 점검 — 서류 배점의 절반(50%)이 여기까지입니다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4238"/>
        <w:gridCol w:w="1115"/>
        <w:gridCol w:w="948"/>
        <w:gridCol w:w="948"/>
        <w:gridCol w:w="2900"/>
      </w:tblGrid>
      <w:tr>
        <w:trPr>
          <w:trHeight w:val="280" w:hRule="atLeas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점검 항목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나 (5점)</w:t>
            </w: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동료 A</w:t>
            </w: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동료 B</w:t>
            </w: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가장 약하다고 지적된 문장</w:t>
            </w: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문제가 한 문장으로 분명한가 (1-1)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문제의 원인·배경이 구조적으로 설명되는가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대상이 「한 사람」이 떠오를 만큼 좁은가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숫자에 출처 URL이 붙어 있는가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차별성이 「따라 하기 어려운 것」인가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시장 규모와 목표고객이 어긋나지 않는가 (2-1)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도식만 보고 돈의 흐름이 읽히는가 (2-2)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20" w:hRule="exact"/>
        </w:trPr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리스크가 진짜 위험한 것으로 골라졌는가 (2-3)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94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0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동료가 “그래서 왜?”라고 되물은 지점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1120" w:hRule="exac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되물음을 받은 문장을 그대로 옮겨 적고, 아래에 고쳐 쓴 문장을 적으십시오.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두 동료가 서로 다른 것을 문제로 지적했다면, 내 글이 아직 한 방향으로 읽히지 않는다는 뜻입니다.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내 1·2절 전문을 붙여넣고 “심사위원이라면 어디를 되물을지” 질문 목록을 받기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고쳐 쓰기. AI에게 다시 쓰게 하면 지금까지 쌓은 내 목소리가 사라집니다.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“다음은 정부 창업지원사업 사업계획서의 1·2절이야. 심사위원이라면 던질 날카로운 질문 10개만 뽑아 줘. 고쳐 쓰지는 마.”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1·2절 수정본 (A4 2~3장) — 지적받은 문장이 어떻게 바뀌었는지 표시할 것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9주차  ·  개발 계획과 MVP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3-1  ·  서류 20% / 발표 25%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무엇을 어떻게 만들지 정하고, 5개월 안에 끝나는 최소 형태(MVP) 하나를 골라낸다.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3-1 상품·서비스·인프라 개발 계획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72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만드는가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산출물의 이름과 형태 (앱 · 웹 · 프로그램 · 상품 · 시설 · 데이터)</w:t>
            </w:r>
          </w:p>
        </w:tc>
      </w:tr>
      <w:tr>
        <w:trPr>
          <w:trHeight w:val="72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어떻게 만드는가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□ 직접 개발    □ 외주    □ 제휴·입점    □ 기존 도구 조합 — 고른 이유를 함께</w:t>
            </w:r>
          </w:p>
        </w:tc>
      </w:tr>
      <w:tr>
        <w:trPr>
          <w:trHeight w:val="72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필요한 것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사람 · 도구 · 협력처 · 인허가. 지금 없는 것에는 ✱ 표시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MVP — 협약기간 5개월(2026.7~11) 안에 실제로 만들 최소 한 가지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MVP 한 가지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“이것만 있어도 고객이 한 번은 써 본다”에 해당하는 최소 형태</w:t>
            </w:r>
          </w:p>
        </w:tc>
      </w:tr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검증하나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이걸 만들어서 확인하려는 가설 한 줄. 예) “사람들이 예약까지 간다”</w:t>
            </w:r>
          </w:p>
        </w:tc>
      </w:tr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성공 기준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숫자로. 예) 3개월 내 시범 이용자 30명, 재이용 5명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0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7"/>
              </w:rPr>
              <w:t>주의 — 협약기간은 5개월입니다. 그 안에 끝나지 않는 계획은 실현가능성 배점에서 깎입니다. 5개월 안의 것과 그 이후의 것을 나눠 쓰십시오.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내가 지금 가진 것만으로 이번 학기 안에 만들 수 있는 부분은 어디까지인가?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개발 방식(직접·외주·제휴)의 장단점, 필요한 인허가 종류, 유사 서비스의 구현 방식 조사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MVP의 선택과 성공 기준의 숫자. 이건 내가 감당할 범위를 아는 사람만 정할 수 있습니다.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“&lt;   &gt;를 5개월 안에 최소 형태로 만든다면 어떤 선택지가 있는지, 각각 필요한 기술·비용·기간을 비교해 줘.”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MVP 정의 + 성공 기준(숫자) + 개발 방식 결정과 그 이유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10주차  ·  홍보와 판로개척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3-2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채널 5개를 「무엇을 · 몇 회 · 언제 · 성과 지표」까지 붙여 표로 만든다.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3-2 홍보 및 판로개척 — 구체적 방법과 일정을 포함할 것 (양식 명시)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896"/>
        <w:gridCol w:w="2008"/>
        <w:gridCol w:w="2454"/>
        <w:gridCol w:w="1784"/>
        <w:gridCol w:w="2007"/>
      </w:tblGrid>
      <w:tr>
        <w:trPr>
          <w:trHeight w:val="280" w:hRule="atLeas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채널</w:t>
            </w: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누구에게 닿나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올리나 · 몇 회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시기</w:t>
            </w:r>
          </w:p>
        </w:tc>
        <w:tc>
          <w:tcPr>
            <w:tcW w:type="dxa" w:w="200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성과 지표(건 · 명)</w:t>
            </w:r>
          </w:p>
        </w:tc>
      </w:tr>
      <w:tr>
        <w:trPr>
          <w:trHeight w:val="560" w:hRule="exac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60" w:hRule="exac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60" w:hRule="exac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60" w:hRule="exac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60" w:hRule="exac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00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52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7"/>
              </w:rPr>
              <w:t>“SNS 홍보”는 계획이 아닙니다. 어느 계정에, 무엇을, 몇 회, 누구를 향해 올리는지가 계획입니다. 판로(고객을 실제로 만나는 곳)도 같습니다 — 지자체 행사 · 제휴 숙소 · 여행사 · 플랫폼 입점 중 어디에 어떻게 들어갈 것인지.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첫 고객 30명을 어디서 만날 것인가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가장 확실한 경로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내가 이미 닿을 수 있는 곳부터. 학교 · 동아리 · 지역 커뮤니티 · 아는 사장님</w:t>
            </w:r>
          </w:p>
        </w:tc>
      </w:tr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가장 어려운 경로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그런데 규모를 키우려면 결국 뚫어야 하는 곳. 왜 어려운지도 함께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이 표에서 이번 달 안에 시작할 수 있는 한 줄은 무엇인가? 그것에 동그라미 —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채널별 특성·비용, 유사 서비스의 초기 고객 확보 사례 조사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「내가 이미 닿을 수 있는 경로」. 이건 나만 압니다.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“초기 고객 30명을 확보한 관광·로컬 서비스 사례를 찾아 줘. 어떤 경로였는지 중심으로.”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채널별 홍보·판로 계획표 5행 + 첫 고객 30명 확보 경로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11주차  ·  자금운용계획 — 7천만원을 어디에 쓸 것인가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3-3  ·  [표1]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[표1]을 산출근거까지 채운다. 금액보다 「그 금액이 나온 계산」이 채점 대상입니다.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총사업비 = 사업화지원금 + 자부담(지원금의 10% 현물).  지원금 한도 7천만원, 평균 4.4천만원.  현물은 대표 인건비 · 사무실 임차료 등으로 부담.  집행은 협약기간(~2026.11) 안에만 가능.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[표1] 자금집행계획 — 정부지원금 7천만원 한도 내에서 작성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673"/>
        <w:gridCol w:w="2454"/>
        <w:gridCol w:w="4238"/>
        <w:gridCol w:w="1784"/>
      </w:tblGrid>
      <w:tr>
        <w:trPr>
          <w:trHeight w:val="280" w:hRule="atLeas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조달방법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용도</w:t>
            </w: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산출근거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금액(천원)</w:t>
            </w:r>
          </w:p>
        </w:tc>
      </w:tr>
      <w:tr>
        <w:trPr>
          <w:trHeight w:val="48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정부지원금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정부지원금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정부지원금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정부지원금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자기자금(현물)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  <w:jc w:val="center"/>
            </w:pP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40" w:hRule="exact"/>
        </w:trPr>
        <w:tc>
          <w:tcPr>
            <w:tcW w:type="dxa" w:w="167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합  계</w:t>
            </w:r>
          </w:p>
        </w:tc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2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896"/>
        <w:gridCol w:w="8253"/>
      </w:tblGrid>
      <w:tr>
        <w:trPr>
          <w:trHeight w:val="520" w:hRule="atLeas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쓸 수 있는 항목</w:t>
            </w:r>
          </w:p>
        </w:tc>
        <w:tc>
          <w:tcPr>
            <w:tcW w:type="dxa" w:w="825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광고선전비 · 인건비 · 외주용역비 등  (상세 기준은 공고문 [붙임2])   ·   산출근거 없는 금액은 0점으로 봅니다 — “외주개발 500만원”이 아니라 “화면 12개 × 40만원 = 480만원(견적서 기준)”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이 표에서 가장 큰 금액 한 줄 — 그 근거를 물으면 지금 대답할 수 있는가?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항목별 시세·견적 범위 조사 (외주 개발 단가, 영상 제작비, 부스 참가비 등)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항목 구성과 우선순위. 무엇에 돈을 더 쓸지가 곧 사업의 선택입니다.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“&lt;   &gt; 제작을 외주로 맡길 때 국내 시세 범위와, 견적이 나뉘는 기준을 알려 줘.”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검증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✔ AI가 준 단가는 실제 견적·공고 사례로 한 번 더 확인. 근거란에 그 출처를 적습니다.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[표1] 완성 — 모든 행에 산출근거 있을 것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12주차  ·  일정계획 — 전체 단계와 협약기간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3-4  ·  [표2] [표3]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5개월 안에 실제로 되는 일만 [표3]에 넣는다. 다 하겠다고 쓰면 오히려 깎입니다.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[표2] 사업추진 일정 — 전체 사업단계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342"/>
        <w:gridCol w:w="2788"/>
        <w:gridCol w:w="5019"/>
      </w:tblGrid>
      <w:tr>
        <w:trPr>
          <w:trHeight w:val="280" w:hRule="atLeas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추진기간</w:t>
            </w: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추진내용</w:t>
            </w:r>
          </w:p>
        </w:tc>
        <w:tc>
          <w:tcPr>
            <w:tcW w:type="dxa" w:w="501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세부내용</w:t>
            </w:r>
          </w:p>
        </w:tc>
      </w:tr>
      <w:tr>
        <w:trPr>
          <w:trHeight w:val="48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501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501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501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8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78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501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[표3] 협약기간 내 일정 — 2026년 7월 ~ 11월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342"/>
        <w:gridCol w:w="1561"/>
        <w:gridCol w:w="1561"/>
        <w:gridCol w:w="1561"/>
        <w:gridCol w:w="1561"/>
        <w:gridCol w:w="1563"/>
      </w:tblGrid>
      <w:tr>
        <w:trPr>
          <w:trHeight w:val="280" w:hRule="atLeas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추진내용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7월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8월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9월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10월</w:t>
            </w:r>
          </w:p>
        </w:tc>
        <w:tc>
          <w:tcPr>
            <w:tcW w:type="dxa" w:w="15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11월</w:t>
            </w:r>
          </w:p>
        </w:tc>
      </w:tr>
      <w:tr>
        <w:trPr>
          <w:trHeight w:val="60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상품 · 서비스 개발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홍보 · 판로개척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창업 · 업종 추가 계획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인력 · 조직 수립</w:t>
            </w: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5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7"/>
              </w:rPr>
              <w:t>협약종료 3개월 전까지 창업 아이템과 관련된 업종으로 사업자등록을 해야 합니다(공고문 Ⅶ장). 「창업·업종 추가 계획」 줄을 비워 두면 안 되는 이유입니다.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[표3]의 한 달에 세 줄 이상 겹쳐 있다면, 그 달은 계획이 아니라 소망입니다. 어느 달을 비울 것인가?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작업 단위를 잘게 쪼개고 선후관계 정리하기 (무엇이 끝나야 무엇을 시작할 수 있는지)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기간의 배정. 내가 주당 몇 시간을 쓸 수 있는지는 나만 압니다.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“&lt;   &gt;를 만드는 데 필요한 작업을 선후관계에 따라 목록으로 쪼개 줘. 기간은 넣지 마.”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[표2] [표3] 완성 — 창업·업종 추가 계획 줄 포함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13주차  ·  Scale-up — 3년 추정과 그 근거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3-5  ·  [표4]  ·  3절 마감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3년 치 숫자를 넣되, 모든 칸에 「이 숫자가 나온 식」을 붙인다.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[표4] Scale-up 계획 — 사업화 이후 3년, 근거를 상세히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1450"/>
        <w:gridCol w:w="1450"/>
        <w:gridCol w:w="1450"/>
        <w:gridCol w:w="3345"/>
      </w:tblGrid>
      <w:tr>
        <w:trPr>
          <w:trHeight w:val="280" w:hRule="atLeas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구분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2027년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2028년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2029년</w:t>
            </w:r>
          </w:p>
        </w:tc>
        <w:tc>
          <w:tcPr>
            <w:tcW w:type="dxa" w:w="33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근거 (계산식으로)</w:t>
            </w:r>
          </w:p>
        </w:tc>
      </w:tr>
      <w:tr>
        <w:trPr>
          <w:trHeight w:val="6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1. 매출액 (백만원)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3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2. 투자유치 (백만원)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3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3. 신규고용 (명)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3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4. 입점업체 · 제휴처 (개)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3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6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5. 서비스 이용자 (명)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3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손익분기점(BEP) 달성 시점 — 양식이 명시적으로 요구합니다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5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언제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____년 ____월</w:t>
            </w:r>
          </w:p>
        </w:tc>
      </w:tr>
      <w:tr>
        <w:trPr>
          <w:trHeight w:val="5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그때의 조건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월 이용자 ○명 × 객단가 ○원 = 월 매출 ○원 &gt; 월 고정비 ○원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8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7"/>
              </w:rPr>
              <w:t>숫자보다 계산식을 채점합니다. “2028년 매출 3억”은 0점이고, “월 이용자 1,200명 × 객단가 21,000원 × 12개월 = 3.02억(전환율 3% 가정, 근거: ○○ 통계)”은 만점입니다.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내 추정에서 가장 낙관적인 가정 하나는 무엇인가? 그 가정이 절반만 맞으면 숫자는 어떻게 되는가?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추정 방법 자체를 검토받기 (단가 × 이용자 × 전환율 구조가 타당한지)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가정의 값. 전환율 3%인지 0.5%인지는 근거를 가진 사람이 정합니다.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매출 추정의 계산 구조를 검토해 줘. 빠진 변수나 이중 계산이 있는지, 숫자는 바꾸지 말고 구조만.”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검증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✔ AI가 「업계 평균 전환율은 ○%」라고 하면 그 출처를 다시 물어 확인. 확인 못 하면 쓰지 않습니다.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[표4] + BEP 시점 · 3절(3-1~3-5) 통합본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14주차  ·  관광산업 연관성 + 팀빌딩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4절 · 5절  ·  배점 10% + 20%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내 아이템이 왜 「관광」 사업인지 정책 문서로 뒷받침하고, 팀 칸을 「예정」까지 포함해 채운다.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4절 관광산업 트렌드 부합성 및 연관성 (1장 · 배점 10%)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84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4-1 관광시장 이해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· 트렌드 부합성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내 사업과 맞물리는 관광 트렌드 하나를 정책 문서로 뒷받침. 문체부 R&amp;D 공고 · 보도자료 · 관광진흥기본계획</w:t>
            </w:r>
          </w:p>
        </w:tc>
      </w:tr>
      <w:tr>
        <w:trPr>
          <w:trHeight w:val="84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4-2 아이템과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관광산업의 연관성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관광산업 발전에 어떻게 기여하는가. 1주차에 고른 「모집유형」과 어긋나면 여기서 깎입니다.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5절 팀빌딩 및 역량 (2장 · 배점 20%) — 직접 써야 하는 칸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8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5-1 대표자의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전문성 · 운영능력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해당 분야 경험 · 전공 · 자격 · 만든 것. 「열심히 하겠습니다」 금지.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이 수업의 산출물(도시 카드 · 데이터 분석 · 공모 출품작)도 근거가 됩니다.</w:t>
            </w:r>
          </w:p>
        </w:tc>
      </w:tr>
      <w:tr>
        <w:trPr>
          <w:trHeight w:val="8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5-2 팀 빌딩 배경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· 신뢰 구축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어떻게 만난 팀인가, 무엇을 함께 해봤나. 1인이면 앞으로 어떻게 구할 것인지.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[표5] 팀 구성 현황 — 「예정」으로 쓸 수 있습니다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1450"/>
        <w:gridCol w:w="2342"/>
        <w:gridCol w:w="3123"/>
        <w:gridCol w:w="1784"/>
      </w:tblGrid>
      <w:tr>
        <w:trPr>
          <w:trHeight w:val="28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성명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직위</w:t>
            </w: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담당업무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보유역량 (경력 · 학력 등)</w:t>
            </w: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구성상태</w:t>
            </w:r>
          </w:p>
        </w:tc>
      </w:tr>
      <w:tr>
        <w:trPr>
          <w:trHeight w:val="480" w:hRule="exac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완료</w:t>
            </w:r>
          </w:p>
        </w:tc>
      </w:tr>
      <w:tr>
        <w:trPr>
          <w:trHeight w:val="480" w:hRule="exac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예정 (’__.__)</w:t>
            </w:r>
          </w:p>
        </w:tc>
      </w:tr>
      <w:tr>
        <w:trPr>
          <w:trHeight w:val="480" w:hRule="exac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34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78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예정 (’__.__)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7"/>
              </w:rPr>
              <w:t>1인이라 쓸 게 없다고 비우지 마십시오. 표5에 「구성상태: 예정」 칸이 있는 이유가 이것입니다. 없는 역량을 “언제 · 어떤 사람으로 채우겠다”로 쓰는 편이 정직하고 강합니다.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1주차에 고른 모집유형과 4-2에 쓴 연관성이 같은 말을 하고 있는가? 어긋난다면 어느 쪽을 고칠 것인가?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관광 정책 문서 찾기 (문체부 R&amp;D 공고 · 보도자료 · 관광진흥기본계획)와 트렌드 정리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5절 전부. 대표자 역량과 팀 이야기는 대필이 가장 티 나는 칸이고, 발표에서 바로 무너집니다.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“2026년 한국 관광정책에서 &lt;   &gt;와 관련된 방향이 담긴 정부 문서를 찾아 줘. 문서명과 URL만.”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검증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✔ 인용할 정책 문서는 반드시 원문을 열어 해당 문장을 확인하고, 그 문장을 인용합니다.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4절 · 5절 초고 + [표5]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15주차  ·  기업가정신 · KPI · 사업요약 1매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6절 · 사업요약  ·  통합본 마감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KPI 숫자를 정하고, 전체를 덮은 채로 사업요약 1매를 새로 쓴다.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6절 기업가 정신 및 태도 (1장 · 발표 배점 10%)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80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6-1 KPI 달성의</w:t>
            </w:r>
          </w:p>
          <w:p>
            <w:pPr>
              <w:spacing w:before="0" w:after="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현실성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내가 가진 네트워크 · 파트너십 · 예상 매출처를 들어, 아래 KPI가 왜 달성 가능한지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협약 KPI — 표지(일반현황)에 들어갈 숫자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1450"/>
        <w:gridCol w:w="6245"/>
      </w:tblGrid>
      <w:tr>
        <w:trPr>
          <w:trHeight w:val="280" w:hRule="atLeas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지표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목표치</w:t>
            </w: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근거 · 어떻게 달성하나</w:t>
            </w: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상품·서비스 개시 (건)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아이템 검증 (회)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고객 확보 (명)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홍보마케팅 (건)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매출 (백만원)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관광매출 비중 (%)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투자유치 (백만원)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6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신규고용 (명)</w:t>
            </w:r>
          </w:p>
        </w:tc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624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사업요약 1매 — 맨 마지막에 씁니다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8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9A5B00"/>
                <w:sz w:val="17"/>
              </w:rPr>
              <w:t>양식 원문 — “요약본은 전체 사업계획서의 일부를 단순 편집하지 말고 창의적으로 작성하여 요약본만으로도 사업의 당위성을 설득할 수 있도록 작성”.  본문에서 문장을 오려 붙이면 바로 티가 납니다. 다 쓴 뒤 덮고, 처음부터 다시 쓰십시오.</w:t>
            </w:r>
          </w:p>
        </w:tc>
      </w:tr>
      <w:tr>
        <w:trPr>
          <w:trHeight w:val="1920" w:hRule="exac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사업요약만 읽은 사람에게 “그래서 뭘 하는 건데?”가 남는가? 남는다면 첫 두 문장을 다시 쓰십시오.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내 통합본을 붙여넣고 “요약에 반드시 들어가야 할 핵심 5가지”를 뽑게 하기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요약문 자체. 요약은 사업을 가장 잘 아는 사람만 쓸 수 있고, 심사자가 가장 먼저 읽는 장입니다.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사업계획서에서 한 장짜리 요약에 반드시 들어가야 할 핵심 5가지를 뽑아 줘. 요약문을 써 주지는 마.”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전체 통합본 (사업요약 1매 + 1~6절) · 발표자료 초안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7026"/>
        <w:gridCol w:w="3123"/>
      </w:tblGrid>
      <w:tr>
        <w:trPr>
          <w:trHeight w:val="480" w:hRule="atLeast"/>
        </w:trPr>
        <w:tc>
          <w:tcPr>
            <w:tcW w:type="dxa" w:w="702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23"/>
              </w:rPr>
              <w:t>16주차  ·  모의 PT 8분 + 상호평가</w:t>
            </w:r>
          </w:p>
        </w:tc>
        <w:tc>
          <w:tcPr>
            <w:tcW w:type="dxa" w:w="312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17365D"/>
            <w:vAlign w:val="center"/>
          </w:tcPr>
          <w:p>
            <w:pPr>
              <w:spacing w:before="20" w:after="20" w:line="300" w:lineRule="auto"/>
              <w:jc w:val="right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발표평가 배점표  ·  최종 제출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346"/>
        <w:gridCol w:w="3402"/>
        <w:gridCol w:w="3401"/>
      </w:tblGrid>
      <w:tr>
        <w:trPr>
          <w:trHeight w:val="300" w:hRule="atLeast"/>
        </w:trPr>
        <w:tc>
          <w:tcPr>
            <w:tcW w:type="dxa" w:w="334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학번 ________________</w:t>
            </w:r>
          </w:p>
        </w:tc>
        <w:tc>
          <w:tcPr>
            <w:tcW w:type="dxa" w:w="340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이름 ________________</w:t>
            </w:r>
          </w:p>
        </w:tc>
        <w:tc>
          <w:tcPr>
            <w:tcW w:type="dxa" w:w="340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작성일 ______ / ______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36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33475B"/>
                <w:sz w:val="18"/>
              </w:rPr>
              <w:t>오늘 끝내야 할 것 — 대표자가 직접 8분 발표하고, 동료의 평가표를 받는다. 발표는 요약 1매의 순서대로.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발표 평가표 — 공고문의 「발표평가」 가중치를 그대로 씁니다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3569"/>
        <w:gridCol w:w="1115"/>
        <w:gridCol w:w="1338"/>
        <w:gridCol w:w="4127"/>
      </w:tblGrid>
      <w:tr>
        <w:trPr>
          <w:trHeight w:val="280" w:hRule="atLeas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평가항목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배점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점수</w:t>
            </w: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메모 — 되묻고 싶은 것</w:t>
            </w:r>
          </w:p>
        </w:tc>
      </w:tr>
      <w:tr>
        <w:trPr>
          <w:trHeight w:val="52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1. 사업개요 — 문제인식의 구체성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20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2. 시장성 — 시장·고객 / BM / 리스크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20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3. 사업화 역량 및 실현가능성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25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4. 관광산업 트렌드 부합성 및 연관성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10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5. 팀빌딩 및 역량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15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52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BFCFE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6. 기업가 정신 및 태도 — KPI 현실성 · 적극성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sz w:val="17"/>
              </w:rPr>
              <w:t>10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400" w:hRule="exact"/>
        </w:trPr>
        <w:tc>
          <w:tcPr>
            <w:tcW w:type="dxa" w:w="356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총  계</w:t>
            </w:r>
          </w:p>
        </w:tc>
        <w:tc>
          <w:tcPr>
            <w:tcW w:type="dxa" w:w="111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8"/>
              </w:rPr>
              <w:t>100</w:t>
            </w:r>
          </w:p>
        </w:tc>
        <w:tc>
          <w:tcPr>
            <w:tcW w:type="dxa" w:w="1338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41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896"/>
        <w:gridCol w:w="8253"/>
      </w:tblGrid>
      <w:tr>
        <w:trPr>
          <w:trHeight w:val="480" w:hRule="atLeast"/>
        </w:trPr>
        <w:tc>
          <w:tcPr>
            <w:tcW w:type="dxa" w:w="189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실제 발표는</w:t>
            </w:r>
          </w:p>
        </w:tc>
        <w:tc>
          <w:tcPr>
            <w:tcW w:type="dxa" w:w="825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대표자가 직접 발표해야 하며(대리 발표 시 평가 제외), 팀원 1명 배석 가능. PT 발표 + 질의응답. 수업 모의 PT도 같은 조건으로 합니다 — 8분 발표 + 4분 질의.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12"/>
        </w:rPr>
      </w:r>
    </w:p>
    <w:p>
      <w:pPr>
        <w:spacing w:before="40" w:after="20"/>
      </w:pPr>
      <w:r>
        <w:rPr>
          <w:rFonts w:ascii="NanumBarunGothic" w:hAnsi="NanumBarunGothic" w:eastAsia="NanumBarunGothic"/>
          <w:b/>
          <w:i w:val="0"/>
          <w:color w:val="17365D"/>
          <w:sz w:val="19"/>
        </w:rPr>
        <w:t>질의응답에서 무너진 지점 — 발표 뒤에 스스로 적으십시오</w:t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2454"/>
        <w:gridCol w:w="7695"/>
      </w:tblGrid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대답하지 못한 질문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</w:p>
        </w:tc>
      </w:tr>
      <w:tr>
        <w:trPr>
          <w:trHeight w:val="680" w:hRule="exact"/>
        </w:trPr>
        <w:tc>
          <w:tcPr>
            <w:tcW w:type="dxa" w:w="2454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다시 쓸 칸은 어디인가</w:t>
            </w:r>
          </w:p>
        </w:tc>
        <w:tc>
          <w:tcPr>
            <w:tcW w:type="dxa" w:w="769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6"/>
              </w:rPr>
              <w:t>1-1 · 2-1 · 2-2 · 2-3 · 3-1~3-5 · 4 · 5 · 6 중에서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52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겨울방학 — 오늘 지적받은 곳을 고치고 본문 13장 완본으로 늘립니다. 제19회 공모는 2027년 4월 말 공고, 5월 중순 마감이 예상됩니다. 투어라즈 개인회원 가입은 마감 1주일 전까지 반드시 끝낼 것 (공고문 권장 사항).</w:t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0149"/>
      </w:tblGrid>
      <w:tr>
        <w:trPr>
          <w:trHeight w:val="440" w:hRule="atLeast"/>
        </w:trPr>
        <w:tc>
          <w:tcPr>
            <w:tcW w:type="dxa" w:w="1014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DF3E3"/>
            <w:vAlign w:val="top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/>
                <w:i w:val="0"/>
                <w:color w:val="9A5B00"/>
                <w:sz w:val="19"/>
              </w:rPr>
              <w:t>★  8분 안에 「문제 → 해결 → 왜 우리 → 얼마나 클 것」이 다 들어갔는가? 못 넣은 것은 무엇인가?</w:t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  <w:p>
            <w:pPr>
              <w:spacing w:before="0" w:after="0" w:line="408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9"/>
              </w:rPr>
            </w: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8922"/>
      </w:tblGrid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AI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7"/>
              </w:rPr>
              <w:t>써도 되는 것  ·  발표 대본을 붙여넣고 “예상 질문 10개”를 받아 미리 대비하기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사용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A03030"/>
                <w:sz w:val="17"/>
              </w:rPr>
              <w:t>직접 써야 하는 것  ·  발표 자체. 대표자가 발표하지 않으면 실제 공모에서는 평가 대상에서 제외됩니다.</w:t>
            </w:r>
          </w:p>
        </w:tc>
      </w:tr>
      <w:tr>
        <w:trPr>
          <w:trHeight w:val="30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8"/>
              </w:rPr>
              <w:t>규칙</w:t>
            </w:r>
          </w:p>
        </w:tc>
        <w:tc>
          <w:tcPr>
            <w:tcW w:type="dxa" w:w="8922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0F4E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color w:val="6B7280"/>
                <w:sz w:val="17"/>
              </w:rPr>
              <w:t>프롬프트 예시  ·  “다음 8분 발표 대본에 대해 심사위원이 던질 질문 10개와, 각 질문이 노리는 약점을 알려 줘.”</w:t>
            </w:r>
          </w:p>
        </w:tc>
      </w:tr>
    </w:tbl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227"/>
        <w:gridCol w:w="3011"/>
        <w:gridCol w:w="2956"/>
        <w:gridCol w:w="2955"/>
      </w:tblGrid>
      <w:tr>
        <w:trPr>
          <w:trHeight w:val="280" w:hRule="atLeas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DCE6D5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2F5D2F"/>
                <w:sz w:val="17"/>
              </w:rPr>
              <w:t>사용 기록</w:t>
            </w: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무엇을 물었나</w:t>
            </w: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받은 답 중 실제로 쓴 것</w:t>
            </w: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EAF0F7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17365D"/>
                <w:sz w:val="17"/>
              </w:rPr>
              <w:t>내가 고치거나 버린 것</w:t>
            </w:r>
          </w:p>
        </w:tc>
      </w:tr>
      <w:tr>
        <w:trPr>
          <w:trHeight w:val="600" w:hRule="exact"/>
        </w:trPr>
        <w:tc>
          <w:tcPr>
            <w:tcW w:type="dxa" w:w="1227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3011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6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2955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NanumBarunGothic" w:hAnsi="NanumBarunGothic" w:eastAsia="NanumBarunGothic"/>
          <w:b w:val="0"/>
          <w:i w:val="0"/>
          <w:sz w:val="8"/>
        </w:rPr>
      </w:r>
    </w:p>
    <w:tbl>
      <w:tblPr>
        <w:tblW w:type="dxa" w:w="10149"/>
        <w:jc w:val="center"/>
        <w:tblInd w:type="dxa" w:w="0"/>
        <w:tblLayout w:type="fixed"/>
        <w:tblCellMar>
          <w:left w:type="dxa" w:w="57"/>
          <w:right w:type="dxa" w:w="57"/>
          <w:top w:type="dxa" w:w="0"/>
          <w:bottom w:type="dxa" w:w="0"/>
        </w:tblCellMar>
        <w:tblLook w:firstColumn="1" w:firstRow="1" w:lastColumn="0" w:lastRow="0" w:noHBand="0" w:noVBand="1" w:val="04A0"/>
      </w:tblPr>
      <w:tblGrid>
        <w:gridCol w:w="1450"/>
        <w:gridCol w:w="8699"/>
      </w:tblGrid>
      <w:tr>
        <w:trPr>
          <w:trHeight w:val="340" w:hRule="atLeast"/>
        </w:trPr>
        <w:tc>
          <w:tcPr>
            <w:tcW w:type="dxa" w:w="1450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4A6C8C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NanumBarunGothic" w:hAnsi="NanumBarunGothic" w:eastAsia="NanumBarunGothic"/>
                <w:b/>
                <w:i w:val="0"/>
                <w:color w:val="FFFFFF"/>
                <w:sz w:val="17"/>
              </w:rPr>
              <w:t>다음 주까지</w:t>
            </w:r>
          </w:p>
        </w:tc>
        <w:tc>
          <w:tcPr>
            <w:tcW w:type="dxa" w:w="8699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shd w:fill="F7F9FC"/>
            <w:vAlign w:val="center"/>
          </w:tcPr>
          <w:p>
            <w:pPr>
              <w:spacing w:before="20" w:after="20" w:line="300" w:lineRule="auto"/>
            </w:pPr>
            <w:r>
              <w:rPr>
                <w:rFonts w:ascii="NanumBarunGothic" w:hAnsi="NanumBarunGothic" w:eastAsia="NanumBarunGothic"/>
                <w:b w:val="0"/>
                <w:i w:val="0"/>
                <w:sz w:val="18"/>
              </w:rPr>
              <w:t>최종본(사업요약 + 1~6절) · 발표자료 · 학기 전체 &lt;AI 사용 기록&gt; 모음</w:t>
            </w:r>
          </w:p>
        </w:tc>
      </w:tr>
    </w:tbl>
    <w:sectPr w:rsidR="00FC693F" w:rsidRPr="0006063C" w:rsidSect="00034616">
      <w:pgSz w:w="11906" w:h="16838"/>
      <w:pgMar w:top="624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12" w:lineRule="auto"/>
    </w:pPr>
    <w:rPr>
      <w:rFonts w:ascii="NanumBarunGothic" w:hAnsi="NanumBarunGothic" w:eastAsia="NanumBarun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