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KR"/>
        <w:jc w:val="center"/>
      </w:pPr>
      <w:r>
        <w:t>실전 입사지원서 작성 과제</w:t>
      </w:r>
    </w:p>
    <w:p>
      <w:pPr>
        <w:spacing w:after="60"/>
        <w:jc w:val="center"/>
      </w:pPr>
      <w:r>
        <w:rPr>
          <w:rFonts w:ascii="NanumSquare" w:hAnsi="NanumSquare" w:eastAsia="NanumSquare"/>
          <w:color w:val="595959"/>
          <w:sz w:val="17"/>
        </w:rPr>
        <w:t>실제 지원하고 싶은 기업·기관 1곳과 직무 1개를 선택하여 작성하세요.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77"/>
        <w:gridCol w:w="3477"/>
        <w:gridCol w:w="3477"/>
      </w:tblGrid>
      <w:tr>
        <w:trPr>
          <w:tblHeader w:val="true"/>
        </w:trPr>
        <w:tc>
          <w:tcPr>
            <w:tcW w:type="dxa" w:w="3118"/>
            <w:shd w:fill="D9EAF7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/>
                <w:color w:val="17365D"/>
                <w:sz w:val="16"/>
              </w:rPr>
              <w:t>작성자</w:t>
            </w:r>
          </w:p>
        </w:tc>
        <w:tc>
          <w:tcPr>
            <w:tcW w:type="dxa" w:w="3118"/>
            <w:shd w:fill="D9EAF7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/>
                <w:color w:val="17365D"/>
                <w:sz w:val="16"/>
              </w:rPr>
              <w:t>학번</w:t>
            </w:r>
          </w:p>
        </w:tc>
        <w:tc>
          <w:tcPr>
            <w:tcW w:type="dxa" w:w="3118"/>
            <w:shd w:fill="D9EAF7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/>
                <w:color w:val="17365D"/>
                <w:sz w:val="16"/>
              </w:rPr>
              <w:t>제출일</w:t>
            </w:r>
          </w:p>
        </w:tc>
      </w:tr>
      <w:tr>
        <w:tc>
          <w:tcPr>
            <w:tcW w:type="dxa" w:w="311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6"/>
              </w:rPr>
            </w:r>
          </w:p>
        </w:tc>
        <w:tc>
          <w:tcPr>
            <w:tcW w:type="dxa" w:w="311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6"/>
              </w:rPr>
            </w:r>
          </w:p>
        </w:tc>
        <w:tc>
          <w:tcPr>
            <w:tcW w:type="dxa" w:w="311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6"/>
              </w:rPr>
            </w:r>
          </w:p>
        </w:tc>
      </w:tr>
    </w:tbl>
    <w:p>
      <w:pPr>
        <w:pStyle w:val="SectionKR"/>
      </w:pPr>
      <w:r>
        <w:t>1. 지원 기본정보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6"/>
        <w:gridCol w:w="5216"/>
      </w:tblGrid>
      <w:tr>
        <w:trPr>
          <w:tblHeader w:val="true"/>
        </w:trPr>
        <w:tc>
          <w:tcPr>
            <w:tcW w:type="dxa" w:w="2381"/>
            <w:shd w:fill="D9EAF7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/>
                <w:color w:val="17365D"/>
                <w:sz w:val="16"/>
              </w:rPr>
              <w:t>항목</w:t>
            </w:r>
          </w:p>
        </w:tc>
        <w:tc>
          <w:tcPr>
            <w:tcW w:type="dxa" w:w="6973"/>
            <w:shd w:fill="D9EAF7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/>
                <w:color w:val="17365D"/>
                <w:sz w:val="16"/>
              </w:rPr>
              <w:t>작성 내용</w:t>
            </w:r>
          </w:p>
        </w:tc>
      </w:tr>
      <w:tr>
        <w:tc>
          <w:tcPr>
            <w:tcW w:type="dxa" w:w="238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6"/>
              </w:rPr>
              <w:t>지원기업·기관명</w:t>
            </w:r>
          </w:p>
        </w:tc>
        <w:tc>
          <w:tcPr>
            <w:tcW w:type="dxa" w:w="697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6"/>
              </w:rPr>
            </w:r>
          </w:p>
        </w:tc>
      </w:tr>
      <w:tr>
        <w:tc>
          <w:tcPr>
            <w:tcW w:type="dxa" w:w="238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6"/>
              </w:rPr>
              <w:t>지원 직무</w:t>
            </w:r>
          </w:p>
        </w:tc>
        <w:tc>
          <w:tcPr>
            <w:tcW w:type="dxa" w:w="697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6"/>
              </w:rPr>
            </w:r>
          </w:p>
        </w:tc>
      </w:tr>
      <w:tr>
        <w:tc>
          <w:tcPr>
            <w:tcW w:type="dxa" w:w="238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6"/>
              </w:rPr>
              <w:t>채용공고명</w:t>
            </w:r>
          </w:p>
        </w:tc>
        <w:tc>
          <w:tcPr>
            <w:tcW w:type="dxa" w:w="697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6"/>
              </w:rPr>
            </w:r>
          </w:p>
        </w:tc>
      </w:tr>
      <w:tr>
        <w:tc>
          <w:tcPr>
            <w:tcW w:type="dxa" w:w="238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6"/>
              </w:rPr>
              <w:t>채용공고 출처</w:t>
            </w:r>
          </w:p>
        </w:tc>
        <w:tc>
          <w:tcPr>
            <w:tcW w:type="dxa" w:w="697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6"/>
              </w:rPr>
            </w:r>
          </w:p>
        </w:tc>
      </w:tr>
      <w:tr>
        <w:tc>
          <w:tcPr>
            <w:tcW w:type="dxa" w:w="238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6"/>
              </w:rPr>
              <w:t>지원지역·근무지</w:t>
            </w:r>
          </w:p>
        </w:tc>
        <w:tc>
          <w:tcPr>
            <w:tcW w:type="dxa" w:w="697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6"/>
              </w:rPr>
            </w:r>
          </w:p>
        </w:tc>
      </w:tr>
      <w:tr>
        <w:tc>
          <w:tcPr>
            <w:tcW w:type="dxa" w:w="238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6"/>
              </w:rPr>
              <w:t>지원 마감일</w:t>
            </w:r>
          </w:p>
        </w:tc>
        <w:tc>
          <w:tcPr>
            <w:tcW w:type="dxa" w:w="697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6"/>
              </w:rPr>
            </w:r>
          </w:p>
        </w:tc>
      </w:tr>
      <w:tr>
        <w:tc>
          <w:tcPr>
            <w:tcW w:type="dxa" w:w="238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6"/>
              </w:rPr>
              <w:t>고용형태</w:t>
            </w:r>
          </w:p>
        </w:tc>
        <w:tc>
          <w:tcPr>
            <w:tcW w:type="dxa" w:w="697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6"/>
              </w:rPr>
              <w:t>□ 정규직   □ 계약직   □ 인턴   □ 기타</w:t>
            </w:r>
          </w:p>
        </w:tc>
      </w:tr>
      <w:tr>
        <w:tc>
          <w:tcPr>
            <w:tcW w:type="dxa" w:w="238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6"/>
              </w:rPr>
              <w:t>기업 홈페이지</w:t>
            </w:r>
          </w:p>
        </w:tc>
        <w:tc>
          <w:tcPr>
            <w:tcW w:type="dxa" w:w="697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6"/>
              </w:rPr>
            </w:r>
          </w:p>
        </w:tc>
      </w:tr>
    </w:tbl>
    <w:p>
      <w:pPr>
        <w:pStyle w:val="SectionKR"/>
      </w:pPr>
      <w:r>
        <w:t>2. 내가 이 기업을 선택한 이유</w:t>
      </w:r>
    </w:p>
    <w:p>
      <w:pPr>
        <w:spacing w:after="40"/>
      </w:pPr>
      <w:r>
        <w:rPr>
          <w:color w:val="595959"/>
          <w:sz w:val="16"/>
        </w:rPr>
        <w:t>기업에 관심을 갖게 된 이유, 사업·서비스·브랜드 중 나와 잘 맞는 점, 비슷한 기업이 아닌 이 기업을 선택한 이유를 작성하세요.</w:t>
      </w:r>
    </w:p>
    <w:p>
      <w:pPr>
        <w:spacing w:after="40"/>
      </w:pPr>
      <w:r>
        <w:rPr>
          <w:color w:val="AAAAAA"/>
          <w:sz w:val="16"/>
        </w:rPr>
        <w:t>____________________________________________________________________________________</w:t>
        <w:br/>
      </w:r>
      <w:r>
        <w:rPr>
          <w:color w:val="AAAAAA"/>
          <w:sz w:val="16"/>
        </w:rPr>
        <w:t>____________________________________________________________________________________</w:t>
        <w:br/>
      </w:r>
      <w:r>
        <w:rPr>
          <w:color w:val="AAAAAA"/>
          <w:sz w:val="16"/>
        </w:rPr>
        <w:t>____________________________________________________________________________________</w:t>
      </w:r>
    </w:p>
    <w:p>
      <w:pPr>
        <w:pStyle w:val="SectionKR"/>
      </w:pPr>
      <w:r>
        <w:t>3. 내가 이 직무를 선택한 이유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6"/>
        <w:gridCol w:w="5216"/>
      </w:tblGrid>
      <w:tr>
        <w:trPr>
          <w:tblHeader w:val="true"/>
        </w:trPr>
        <w:tc>
          <w:tcPr>
            <w:tcW w:type="dxa" w:w="2381"/>
            <w:shd w:fill="D9EAF7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/>
                <w:color w:val="17365D"/>
                <w:sz w:val="16"/>
              </w:rPr>
              <w:t>주요 업무 3가지</w:t>
            </w:r>
          </w:p>
        </w:tc>
        <w:tc>
          <w:tcPr>
            <w:tcW w:type="dxa" w:w="6973"/>
            <w:shd w:fill="D9EAF7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/>
                <w:color w:val="17365D"/>
                <w:sz w:val="16"/>
              </w:rPr>
              <w:t>작성 내용</w:t>
            </w:r>
          </w:p>
        </w:tc>
      </w:tr>
      <w:tr>
        <w:tc>
          <w:tcPr>
            <w:tcW w:type="dxa" w:w="238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6"/>
              </w:rPr>
              <w:t>①</w:t>
            </w:r>
          </w:p>
        </w:tc>
        <w:tc>
          <w:tcPr>
            <w:tcW w:type="dxa" w:w="697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6"/>
              </w:rPr>
            </w:r>
          </w:p>
        </w:tc>
      </w:tr>
      <w:tr>
        <w:tc>
          <w:tcPr>
            <w:tcW w:type="dxa" w:w="238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6"/>
              </w:rPr>
              <w:t>②</w:t>
            </w:r>
          </w:p>
        </w:tc>
        <w:tc>
          <w:tcPr>
            <w:tcW w:type="dxa" w:w="697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6"/>
              </w:rPr>
            </w:r>
          </w:p>
        </w:tc>
      </w:tr>
      <w:tr>
        <w:tc>
          <w:tcPr>
            <w:tcW w:type="dxa" w:w="238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6"/>
              </w:rPr>
              <w:t>③</w:t>
            </w:r>
          </w:p>
        </w:tc>
        <w:tc>
          <w:tcPr>
            <w:tcW w:type="dxa" w:w="697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6"/>
              </w:rPr>
            </w:r>
          </w:p>
        </w:tc>
      </w:tr>
    </w:tbl>
    <w:p>
      <w:pPr>
        <w:spacing w:after="40"/>
      </w:pPr>
      <w:r>
        <w:rPr>
          <w:color w:val="595959"/>
          <w:sz w:val="16"/>
        </w:rPr>
        <w:t>이 직무를 하고 싶은 이유</w:t>
      </w:r>
    </w:p>
    <w:p>
      <w:pPr>
        <w:spacing w:after="40"/>
      </w:pPr>
      <w:r>
        <w:rPr>
          <w:color w:val="AAAAAA"/>
          <w:sz w:val="16"/>
        </w:rPr>
        <w:t>____________________________________________________________________________________</w:t>
        <w:br/>
      </w:r>
      <w:r>
        <w:rPr>
          <w:color w:val="AAAAAA"/>
          <w:sz w:val="16"/>
        </w:rPr>
        <w:t>____________________________________________________________________________________</w:t>
      </w:r>
    </w:p>
    <w:p>
      <w:pPr>
        <w:pStyle w:val="SectionKR"/>
      </w:pPr>
      <w:r>
        <w:t>4. 채용공고 분석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77"/>
        <w:gridCol w:w="3477"/>
        <w:gridCol w:w="3477"/>
      </w:tblGrid>
      <w:tr>
        <w:trPr>
          <w:tblHeader w:val="true"/>
        </w:trPr>
        <w:tc>
          <w:tcPr>
            <w:tcW w:type="dxa" w:w="2154"/>
            <w:shd w:fill="D9EAF7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/>
                <w:color w:val="17365D"/>
                <w:sz w:val="15"/>
              </w:rPr>
              <w:t>기업이 원하는 것</w:t>
            </w:r>
          </w:p>
        </w:tc>
        <w:tc>
          <w:tcPr>
            <w:tcW w:type="dxa" w:w="3572"/>
            <w:shd w:fill="D9EAF7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/>
                <w:color w:val="17365D"/>
                <w:sz w:val="15"/>
              </w:rPr>
              <w:t>채용공고 내용</w:t>
            </w:r>
          </w:p>
        </w:tc>
        <w:tc>
          <w:tcPr>
            <w:tcW w:type="dxa" w:w="3628"/>
            <w:shd w:fill="D9EAF7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/>
                <w:color w:val="17365D"/>
                <w:sz w:val="15"/>
              </w:rPr>
              <w:t>내가 가지고 있는 것</w:t>
            </w:r>
          </w:p>
        </w:tc>
      </w:tr>
      <w:tr>
        <w:tc>
          <w:tcPr>
            <w:tcW w:type="dxa" w:w="215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5"/>
              </w:rPr>
              <w:t>전공·학력</w:t>
            </w:r>
          </w:p>
        </w:tc>
        <w:tc>
          <w:tcPr>
            <w:tcW w:type="dxa" w:w="357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5"/>
              </w:rPr>
            </w:r>
          </w:p>
        </w:tc>
        <w:tc>
          <w:tcPr>
            <w:tcW w:type="dxa" w:w="362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5"/>
              </w:rPr>
            </w:r>
          </w:p>
        </w:tc>
      </w:tr>
      <w:tr>
        <w:tc>
          <w:tcPr>
            <w:tcW w:type="dxa" w:w="215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5"/>
              </w:rPr>
              <w:t>자격증</w:t>
            </w:r>
          </w:p>
        </w:tc>
        <w:tc>
          <w:tcPr>
            <w:tcW w:type="dxa" w:w="357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5"/>
              </w:rPr>
            </w:r>
          </w:p>
        </w:tc>
        <w:tc>
          <w:tcPr>
            <w:tcW w:type="dxa" w:w="362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5"/>
              </w:rPr>
            </w:r>
          </w:p>
        </w:tc>
      </w:tr>
      <w:tr>
        <w:tc>
          <w:tcPr>
            <w:tcW w:type="dxa" w:w="215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5"/>
              </w:rPr>
              <w:t>어학능력</w:t>
            </w:r>
          </w:p>
        </w:tc>
        <w:tc>
          <w:tcPr>
            <w:tcW w:type="dxa" w:w="357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5"/>
              </w:rPr>
            </w:r>
          </w:p>
        </w:tc>
        <w:tc>
          <w:tcPr>
            <w:tcW w:type="dxa" w:w="362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5"/>
              </w:rPr>
            </w:r>
          </w:p>
        </w:tc>
      </w:tr>
      <w:tr>
        <w:tc>
          <w:tcPr>
            <w:tcW w:type="dxa" w:w="215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5"/>
              </w:rPr>
              <w:t>직무역량</w:t>
            </w:r>
          </w:p>
        </w:tc>
        <w:tc>
          <w:tcPr>
            <w:tcW w:type="dxa" w:w="357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5"/>
              </w:rPr>
            </w:r>
          </w:p>
        </w:tc>
        <w:tc>
          <w:tcPr>
            <w:tcW w:type="dxa" w:w="362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5"/>
              </w:rPr>
            </w:r>
          </w:p>
        </w:tc>
      </w:tr>
      <w:tr>
        <w:tc>
          <w:tcPr>
            <w:tcW w:type="dxa" w:w="215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5"/>
              </w:rPr>
              <w:t>경험·경력</w:t>
            </w:r>
          </w:p>
        </w:tc>
        <w:tc>
          <w:tcPr>
            <w:tcW w:type="dxa" w:w="357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5"/>
              </w:rPr>
            </w:r>
          </w:p>
        </w:tc>
        <w:tc>
          <w:tcPr>
            <w:tcW w:type="dxa" w:w="362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5"/>
              </w:rPr>
            </w:r>
          </w:p>
        </w:tc>
      </w:tr>
      <w:tr>
        <w:tc>
          <w:tcPr>
            <w:tcW w:type="dxa" w:w="215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5"/>
              </w:rPr>
              <w:t>우대사항</w:t>
            </w:r>
          </w:p>
        </w:tc>
        <w:tc>
          <w:tcPr>
            <w:tcW w:type="dxa" w:w="357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5"/>
              </w:rPr>
            </w:r>
          </w:p>
        </w:tc>
        <w:tc>
          <w:tcPr>
            <w:tcW w:type="dxa" w:w="362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5"/>
              </w:rPr>
            </w:r>
          </w:p>
        </w:tc>
      </w:tr>
    </w:tbl>
    <w:p>
      <w:pPr>
        <w:pStyle w:val="SectionKR"/>
      </w:pPr>
      <w:r>
        <w:t>5. 나와 직무의 연결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77"/>
        <w:gridCol w:w="3477"/>
        <w:gridCol w:w="3477"/>
      </w:tblGrid>
      <w:tr>
        <w:trPr>
          <w:tblHeader w:val="true"/>
        </w:trPr>
        <w:tc>
          <w:tcPr>
            <w:tcW w:type="dxa" w:w="2154"/>
            <w:shd w:fill="D9EAF7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/>
                <w:color w:val="17365D"/>
                <w:sz w:val="15"/>
              </w:rPr>
              <w:t>나의 강점</w:t>
            </w:r>
          </w:p>
        </w:tc>
        <w:tc>
          <w:tcPr>
            <w:tcW w:type="dxa" w:w="3572"/>
            <w:shd w:fill="D9EAF7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/>
                <w:color w:val="17365D"/>
                <w:sz w:val="15"/>
              </w:rPr>
              <w:t>이를 보여주는 실제 경험</w:t>
            </w:r>
          </w:p>
        </w:tc>
        <w:tc>
          <w:tcPr>
            <w:tcW w:type="dxa" w:w="3628"/>
            <w:shd w:fill="D9EAF7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/>
                <w:color w:val="17365D"/>
                <w:sz w:val="15"/>
              </w:rPr>
              <w:t>지원 직무와의 연결</w:t>
            </w:r>
          </w:p>
        </w:tc>
      </w:tr>
      <w:tr>
        <w:tc>
          <w:tcPr>
            <w:tcW w:type="dxa" w:w="215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5"/>
              </w:rPr>
              <w:t>①</w:t>
            </w:r>
          </w:p>
        </w:tc>
        <w:tc>
          <w:tcPr>
            <w:tcW w:type="dxa" w:w="357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5"/>
              </w:rPr>
            </w:r>
          </w:p>
        </w:tc>
        <w:tc>
          <w:tcPr>
            <w:tcW w:type="dxa" w:w="362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5"/>
              </w:rPr>
            </w:r>
          </w:p>
        </w:tc>
      </w:tr>
      <w:tr>
        <w:tc>
          <w:tcPr>
            <w:tcW w:type="dxa" w:w="215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5"/>
              </w:rPr>
              <w:t>②</w:t>
            </w:r>
          </w:p>
        </w:tc>
        <w:tc>
          <w:tcPr>
            <w:tcW w:type="dxa" w:w="357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5"/>
              </w:rPr>
            </w:r>
          </w:p>
        </w:tc>
        <w:tc>
          <w:tcPr>
            <w:tcW w:type="dxa" w:w="362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5"/>
              </w:rPr>
            </w:r>
          </w:p>
        </w:tc>
      </w:tr>
      <w:tr>
        <w:tc>
          <w:tcPr>
            <w:tcW w:type="dxa" w:w="215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5"/>
              </w:rPr>
              <w:t>③</w:t>
            </w:r>
          </w:p>
        </w:tc>
        <w:tc>
          <w:tcPr>
            <w:tcW w:type="dxa" w:w="357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5"/>
              </w:rPr>
            </w:r>
          </w:p>
        </w:tc>
        <w:tc>
          <w:tcPr>
            <w:tcW w:type="dxa" w:w="362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5"/>
              </w:rPr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6"/>
        <w:gridCol w:w="5216"/>
      </w:tblGrid>
      <w:tr>
        <w:trPr>
          <w:tblHeader w:val="true"/>
        </w:trPr>
        <w:tc>
          <w:tcPr>
            <w:tcW w:type="dxa" w:w="4252"/>
            <w:shd w:fill="D9EAF7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/>
                <w:color w:val="17365D"/>
                <w:sz w:val="16"/>
              </w:rPr>
              <w:t>현재 부족한 부분</w:t>
            </w:r>
          </w:p>
        </w:tc>
        <w:tc>
          <w:tcPr>
            <w:tcW w:type="dxa" w:w="5102"/>
            <w:shd w:fill="D9EAF7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/>
                <w:color w:val="17365D"/>
                <w:sz w:val="16"/>
              </w:rPr>
              <w:t>앞으로의 준비 방법</w:t>
            </w:r>
          </w:p>
        </w:tc>
      </w:tr>
      <w:tr>
        <w:tc>
          <w:tcPr>
            <w:tcW w:type="dxa" w:w="425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6"/>
              </w:rPr>
            </w:r>
          </w:p>
        </w:tc>
        <w:tc>
          <w:tcPr>
            <w:tcW w:type="dxa" w:w="510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6"/>
              </w:rPr>
            </w:r>
          </w:p>
        </w:tc>
      </w:tr>
      <w:tr>
        <w:tc>
          <w:tcPr>
            <w:tcW w:type="dxa" w:w="425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6"/>
              </w:rPr>
            </w:r>
          </w:p>
        </w:tc>
        <w:tc>
          <w:tcPr>
            <w:tcW w:type="dxa" w:w="510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6"/>
              </w:rPr>
            </w:r>
          </w:p>
        </w:tc>
      </w:tr>
    </w:tbl>
    <w:p>
      <w:r>
        <w:br w:type="page"/>
      </w:r>
    </w:p>
    <w:p>
      <w:pPr>
        <w:pStyle w:val="TitleKR"/>
        <w:jc w:val="center"/>
      </w:pPr>
      <w:r>
        <w:t>실전 입사지원서 작성 과제</w:t>
      </w:r>
    </w:p>
    <w:p>
      <w:pPr>
        <w:spacing w:after="60"/>
        <w:jc w:val="center"/>
      </w:pPr>
      <w:r>
        <w:rPr>
          <w:rFonts w:ascii="NanumSquare" w:hAnsi="NanumSquare" w:eastAsia="NanumSquare"/>
          <w:color w:val="595959"/>
          <w:sz w:val="17"/>
        </w:rPr>
        <w:t>실제 지원하고 싶은 기업·기관 1곳과 직무 1개를 선택하여 작성하세요.</w:t>
      </w:r>
    </w:p>
    <w:p>
      <w:pPr>
        <w:pStyle w:val="SectionKR"/>
      </w:pPr>
      <w:r>
        <w:t>6. 자기소개서</w:t>
      </w:r>
    </w:p>
    <w:p>
      <w:pPr>
        <w:spacing w:after="40"/>
      </w:pPr>
      <w:r>
        <w:rPr>
          <w:color w:val="595959"/>
          <w:sz w:val="16"/>
        </w:rPr>
        <w:t>모든 문항은 추상적인 표현보다 실제 경험을 사용하여 작성하세요. 필요한 경우 채용공고의 자기소개서 문항으로 바꾸어 작성해도 됩니다.</w:t>
      </w:r>
    </w:p>
    <w:p>
      <w:pPr>
        <w:pStyle w:val="SubKR"/>
      </w:pPr>
      <w:r>
        <w:t>1) 지원동기 | 500자 내외</w:t>
      </w:r>
    </w:p>
    <w:p>
      <w:pPr>
        <w:spacing w:after="20"/>
      </w:pPr>
      <w:r>
        <w:rPr>
          <w:b/>
          <w:sz w:val="17"/>
        </w:rPr>
        <w:t>왜 이 기업과 직무에 지원했습니까?</w:t>
      </w:r>
    </w:p>
    <w:p>
      <w:pPr>
        <w:spacing w:after="20"/>
      </w:pPr>
      <w:r>
        <w:rPr>
          <w:color w:val="595959"/>
          <w:sz w:val="15"/>
        </w:rPr>
        <w:t>작성 흐름: 기업 관심 이유 → 직무 선택 이유 → 나의 경험·역량 → 입사 후 하고 싶은 일</w:t>
      </w:r>
    </w:p>
    <w:p>
      <w:pPr>
        <w:spacing w:after="40"/>
      </w:pPr>
      <w:r>
        <w:rPr>
          <w:color w:val="AAAAAA"/>
          <w:sz w:val="16"/>
        </w:rPr>
        <w:t>____________________________________________________________________________________</w:t>
        <w:br/>
      </w:r>
      <w:r>
        <w:rPr>
          <w:color w:val="AAAAAA"/>
          <w:sz w:val="16"/>
        </w:rPr>
        <w:t>____________________________________________________________________________________</w:t>
        <w:br/>
      </w:r>
      <w:r>
        <w:rPr>
          <w:color w:val="AAAAAA"/>
          <w:sz w:val="16"/>
        </w:rPr>
        <w:t>____________________________________________________________________________________</w:t>
        <w:br/>
      </w:r>
      <w:r>
        <w:rPr>
          <w:color w:val="AAAAAA"/>
          <w:sz w:val="16"/>
        </w:rPr>
        <w:t>____________________________________________________________________________________</w:t>
      </w:r>
    </w:p>
    <w:p>
      <w:pPr>
        <w:pStyle w:val="SubKR"/>
      </w:pPr>
      <w:r>
        <w:t>2) 직무역량 | 500자 내외</w:t>
      </w:r>
    </w:p>
    <w:p>
      <w:pPr>
        <w:spacing w:after="20"/>
      </w:pPr>
      <w:r>
        <w:rPr>
          <w:b/>
          <w:sz w:val="17"/>
        </w:rPr>
        <w:t>지원 직무를 수행하기 위해 자신이 갖춘 가장 중요한 역량은 무엇입니까?</w:t>
      </w:r>
    </w:p>
    <w:p>
      <w:pPr>
        <w:spacing w:after="20"/>
      </w:pPr>
      <w:r>
        <w:rPr>
          <w:color w:val="595959"/>
          <w:sz w:val="15"/>
        </w:rPr>
        <w:t>작성 흐름: 역량 → 경험 → 내가 한 행동 → 결과 → 직무에 어떻게 활용할 것인가</w:t>
      </w:r>
    </w:p>
    <w:p>
      <w:pPr>
        <w:spacing w:after="40"/>
      </w:pPr>
      <w:r>
        <w:rPr>
          <w:color w:val="AAAAAA"/>
          <w:sz w:val="16"/>
        </w:rPr>
        <w:t>____________________________________________________________________________________</w:t>
        <w:br/>
      </w:r>
      <w:r>
        <w:rPr>
          <w:color w:val="AAAAAA"/>
          <w:sz w:val="16"/>
        </w:rPr>
        <w:t>____________________________________________________________________________________</w:t>
        <w:br/>
      </w:r>
      <w:r>
        <w:rPr>
          <w:color w:val="AAAAAA"/>
          <w:sz w:val="16"/>
        </w:rPr>
        <w:t>____________________________________________________________________________________</w:t>
        <w:br/>
      </w:r>
      <w:r>
        <w:rPr>
          <w:color w:val="AAAAAA"/>
          <w:sz w:val="16"/>
        </w:rPr>
        <w:t>____________________________________________________________________________________</w:t>
      </w:r>
    </w:p>
    <w:p>
      <w:pPr>
        <w:pStyle w:val="SubKR"/>
      </w:pPr>
      <w:r>
        <w:t>3) 문제해결 경험 | 500자 내외</w:t>
      </w:r>
    </w:p>
    <w:p>
      <w:pPr>
        <w:spacing w:after="20"/>
      </w:pPr>
      <w:r>
        <w:rPr>
          <w:b/>
          <w:sz w:val="17"/>
        </w:rPr>
        <w:t>어려운 문제나 예상하지 못한 상황을 해결했던 경험을 작성하세요.</w:t>
      </w:r>
    </w:p>
    <w:p>
      <w:pPr>
        <w:spacing w:after="20"/>
      </w:pPr>
      <w:r>
        <w:rPr>
          <w:color w:val="595959"/>
          <w:sz w:val="15"/>
        </w:rPr>
        <w:t>작성 흐름: 상황(S) → 맡은 역할(T) → 행동(A) → 결과(R)</w:t>
      </w:r>
    </w:p>
    <w:p>
      <w:pPr>
        <w:spacing w:after="40"/>
      </w:pPr>
      <w:r>
        <w:rPr>
          <w:color w:val="AAAAAA"/>
          <w:sz w:val="16"/>
        </w:rPr>
        <w:t>____________________________________________________________________________________</w:t>
        <w:br/>
      </w:r>
      <w:r>
        <w:rPr>
          <w:color w:val="AAAAAA"/>
          <w:sz w:val="16"/>
        </w:rPr>
        <w:t>____________________________________________________________________________________</w:t>
        <w:br/>
      </w:r>
      <w:r>
        <w:rPr>
          <w:color w:val="AAAAAA"/>
          <w:sz w:val="16"/>
        </w:rPr>
        <w:t>____________________________________________________________________________________</w:t>
        <w:br/>
      </w:r>
      <w:r>
        <w:rPr>
          <w:color w:val="AAAAAA"/>
          <w:sz w:val="16"/>
        </w:rPr>
        <w:t>____________________________________________________________________________________</w:t>
      </w:r>
    </w:p>
    <w:p>
      <w:pPr>
        <w:pStyle w:val="SubKR"/>
      </w:pPr>
      <w:r>
        <w:t>4) 협업 경험 | 500자 내외</w:t>
      </w:r>
    </w:p>
    <w:p>
      <w:pPr>
        <w:spacing w:after="20"/>
      </w:pPr>
      <w:r>
        <w:rPr>
          <w:b/>
          <w:sz w:val="17"/>
        </w:rPr>
        <w:t>다른 사람과 함께 목표를 달성했던 경험을 작성하세요.</w:t>
      </w:r>
    </w:p>
    <w:p>
      <w:pPr>
        <w:spacing w:after="20"/>
      </w:pPr>
      <w:r>
        <w:rPr>
          <w:color w:val="595959"/>
          <w:sz w:val="15"/>
        </w:rPr>
        <w:t>작성 흐름: 나의 역할 → 다른 사람과의 협력 → 어려움 → 해결방법 → 결과</w:t>
      </w:r>
    </w:p>
    <w:p>
      <w:pPr>
        <w:spacing w:after="40"/>
      </w:pPr>
      <w:r>
        <w:rPr>
          <w:color w:val="AAAAAA"/>
          <w:sz w:val="16"/>
        </w:rPr>
        <w:t>____________________________________________________________________________________</w:t>
        <w:br/>
      </w:r>
      <w:r>
        <w:rPr>
          <w:color w:val="AAAAAA"/>
          <w:sz w:val="16"/>
        </w:rPr>
        <w:t>____________________________________________________________________________________</w:t>
        <w:br/>
      </w:r>
      <w:r>
        <w:rPr>
          <w:color w:val="AAAAAA"/>
          <w:sz w:val="16"/>
        </w:rPr>
        <w:t>____________________________________________________________________________________</w:t>
        <w:br/>
      </w:r>
      <w:r>
        <w:rPr>
          <w:color w:val="AAAAAA"/>
          <w:sz w:val="16"/>
        </w:rPr>
        <w:t>____________________________________________________________________________________</w:t>
      </w:r>
    </w:p>
    <w:p>
      <w:pPr>
        <w:pStyle w:val="SubKR"/>
      </w:pPr>
      <w:r>
        <w:t>5) 입사 후 목표 | 300자 내외</w:t>
      </w:r>
    </w:p>
    <w:p>
      <w:pPr>
        <w:spacing w:after="20"/>
      </w:pPr>
      <w:r>
        <w:rPr>
          <w:b/>
          <w:sz w:val="17"/>
        </w:rPr>
        <w:t>입사 후 어떤 일을 잘하고 싶은지 구체적으로 작성하세요.</w:t>
      </w:r>
    </w:p>
    <w:p>
      <w:pPr>
        <w:spacing w:after="20"/>
      </w:pPr>
      <w:r>
        <w:rPr>
          <w:color w:val="595959"/>
          <w:sz w:val="15"/>
        </w:rPr>
        <w:t>작성 흐름: 입사 초기 → 배우고 싶은 것 → 담당하고 싶은 업무 → 장기적인 성장 방향</w:t>
      </w:r>
    </w:p>
    <w:p>
      <w:pPr>
        <w:spacing w:after="40"/>
      </w:pPr>
      <w:r>
        <w:rPr>
          <w:color w:val="AAAAAA"/>
          <w:sz w:val="16"/>
        </w:rPr>
        <w:t>____________________________________________________________________________________</w:t>
        <w:br/>
      </w:r>
      <w:r>
        <w:rPr>
          <w:color w:val="AAAAAA"/>
          <w:sz w:val="16"/>
        </w:rPr>
        <w:t>____________________________________________________________________________________</w:t>
        <w:br/>
      </w:r>
      <w:r>
        <w:rPr>
          <w:color w:val="AAAAAA"/>
          <w:sz w:val="16"/>
        </w:rPr>
        <w:t>____________________________________________________________________________________</w:t>
      </w:r>
    </w:p>
    <w:p>
      <w:pPr>
        <w:pStyle w:val="SectionKR"/>
      </w:pPr>
      <w:r>
        <w:t>7. 제출 전 자기점검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6"/>
        <w:gridCol w:w="5216"/>
      </w:tblGrid>
      <w:tr>
        <w:trPr>
          <w:tblHeader w:val="true"/>
        </w:trPr>
        <w:tc>
          <w:tcPr>
            <w:tcW w:type="dxa" w:w="4677"/>
            <w:shd w:fill="D9EAF7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/>
                <w:color w:val="17365D"/>
                <w:sz w:val="14"/>
              </w:rPr>
              <w:t>자기점검</w:t>
            </w:r>
          </w:p>
        </w:tc>
        <w:tc>
          <w:tcPr>
            <w:tcW w:type="dxa" w:w="4677"/>
            <w:shd w:fill="D9EAF7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/>
                <w:color w:val="17365D"/>
                <w:sz w:val="14"/>
              </w:rPr>
              <w:t>자기점검</w:t>
            </w:r>
          </w:p>
        </w:tc>
      </w:tr>
      <w:tr>
        <w:tc>
          <w:tcPr>
            <w:tcW w:type="dxa" w:w="4677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4"/>
              </w:rPr>
              <w:t>□ 실제 지원하고 싶은 기업을 선택했다.</w:t>
            </w:r>
          </w:p>
        </w:tc>
        <w:tc>
          <w:tcPr>
            <w:tcW w:type="dxa" w:w="4677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4"/>
              </w:rPr>
              <w:t>□ 지원 직무가 실제로 하는 일을 조사했다.</w:t>
            </w:r>
          </w:p>
        </w:tc>
      </w:tr>
      <w:tr>
        <w:tc>
          <w:tcPr>
            <w:tcW w:type="dxa" w:w="4677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4"/>
              </w:rPr>
              <w:t>□ 채용공고의 자격요건과 우대사항을 확인했다.</w:t>
            </w:r>
          </w:p>
        </w:tc>
        <w:tc>
          <w:tcPr>
            <w:tcW w:type="dxa" w:w="4677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4"/>
              </w:rPr>
              <w:t>□ 자기소개서에 구체적인 경험을 넣었다.</w:t>
            </w:r>
          </w:p>
        </w:tc>
      </w:tr>
      <w:tr>
        <w:tc>
          <w:tcPr>
            <w:tcW w:type="dxa" w:w="4677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4"/>
              </w:rPr>
              <w:t>□ 나의 경험이 지원 직무와 어떻게 연결되는지 설명했다.</w:t>
            </w:r>
          </w:p>
        </w:tc>
        <w:tc>
          <w:tcPr>
            <w:tcW w:type="dxa" w:w="4677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4"/>
              </w:rPr>
              <w:t>□ ChatGPT를 사용한 경우 내용을 그대로 복사하지 않고 내 경험에 맞게 수정했다.</w:t>
            </w:r>
          </w:p>
        </w:tc>
      </w:tr>
      <w:tr>
        <w:tc>
          <w:tcPr>
            <w:tcW w:type="dxa" w:w="4677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4"/>
              </w:rPr>
              <w:t>□ 맞춤법과 띄어쓰기를 최종 확인했다.</w:t>
            </w:r>
          </w:p>
        </w:tc>
        <w:tc>
          <w:tcPr>
            <w:tcW w:type="dxa" w:w="4677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4"/>
              </w:rPr>
              <w:t>□ 채용공고 원문 또는 캡처를 함께 첨부했다.</w:t>
            </w:r>
          </w:p>
        </w:tc>
      </w:tr>
    </w:tbl>
    <w:p>
      <w:pPr>
        <w:pStyle w:val="SectionKR"/>
      </w:pPr>
      <w:r>
        <w:t>8. 교수자 확인란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6"/>
        <w:gridCol w:w="5216"/>
      </w:tblGrid>
      <w:tr>
        <w:trPr>
          <w:tblHeader w:val="true"/>
        </w:trPr>
        <w:tc>
          <w:tcPr>
            <w:tcW w:type="dxa" w:w="3118"/>
            <w:shd w:fill="D9EAF7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/>
                <w:color w:val="17365D"/>
                <w:sz w:val="16"/>
              </w:rPr>
              <w:t>평가 항목</w:t>
            </w:r>
          </w:p>
        </w:tc>
        <w:tc>
          <w:tcPr>
            <w:tcW w:type="dxa" w:w="6236"/>
            <w:shd w:fill="D9EAF7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/>
                <w:color w:val="17365D"/>
                <w:sz w:val="16"/>
              </w:rPr>
              <w:t>확인</w:t>
            </w:r>
          </w:p>
        </w:tc>
      </w:tr>
      <w:tr>
        <w:tc>
          <w:tcPr>
            <w:tcW w:type="dxa" w:w="311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6"/>
              </w:rPr>
              <w:t>지원기업·직무 적절성</w:t>
            </w:r>
          </w:p>
        </w:tc>
        <w:tc>
          <w:tcPr>
            <w:tcW w:type="dxa" w:w="62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6"/>
              </w:rPr>
              <w:t>□ 매우 적절   □ 적절   □ 보완 필요</w:t>
            </w:r>
          </w:p>
        </w:tc>
      </w:tr>
      <w:tr>
        <w:tc>
          <w:tcPr>
            <w:tcW w:type="dxa" w:w="311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6"/>
              </w:rPr>
              <w:t>직무분석</w:t>
            </w:r>
          </w:p>
        </w:tc>
        <w:tc>
          <w:tcPr>
            <w:tcW w:type="dxa" w:w="62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6"/>
              </w:rPr>
              <w:t>□ 우수   □ 보통   □ 보완 필요</w:t>
            </w:r>
          </w:p>
        </w:tc>
      </w:tr>
      <w:tr>
        <w:tc>
          <w:tcPr>
            <w:tcW w:type="dxa" w:w="311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6"/>
              </w:rPr>
              <w:t>자기 경험의 구체성</w:t>
            </w:r>
          </w:p>
        </w:tc>
        <w:tc>
          <w:tcPr>
            <w:tcW w:type="dxa" w:w="62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6"/>
              </w:rPr>
              <w:t>□ 우수   □ 보통   □ 보완 필요</w:t>
            </w:r>
          </w:p>
        </w:tc>
      </w:tr>
      <w:tr>
        <w:tc>
          <w:tcPr>
            <w:tcW w:type="dxa" w:w="311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6"/>
              </w:rPr>
              <w:t>직무와 경험의 연결</w:t>
            </w:r>
          </w:p>
        </w:tc>
        <w:tc>
          <w:tcPr>
            <w:tcW w:type="dxa" w:w="62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6"/>
              </w:rPr>
              <w:t>□ 우수   □ 보통   □ 보완 필요</w:t>
            </w:r>
          </w:p>
        </w:tc>
      </w:tr>
      <w:tr>
        <w:tc>
          <w:tcPr>
            <w:tcW w:type="dxa" w:w="311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6"/>
              </w:rPr>
              <w:t>종합 의견</w:t>
            </w:r>
          </w:p>
        </w:tc>
        <w:tc>
          <w:tcPr>
            <w:tcW w:type="dxa" w:w="62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4" w:color="B7C9DC"/>
              <w:left w:val="single" w:sz="4" w:color="B7C9DC"/>
              <w:bottom w:val="single" w:sz="4" w:color="B7C9DC"/>
              <w:right w:val="single" w:sz="4" w:color="B7C9DC"/>
            </w:tcBorders>
          </w:tcPr>
          <w:p>
            <w:pPr>
              <w:spacing w:after="0" w:line="240" w:lineRule="auto"/>
            </w:pPr>
            <w:r>
              <w:rPr>
                <w:rFonts w:ascii="NanumSquare" w:hAnsi="NanumSquare" w:eastAsia="NanumSquare"/>
                <w:b w:val="0"/>
                <w:color w:val="222222"/>
                <w:sz w:val="16"/>
              </w:rPr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737" w:bottom="680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anumSquare" w:hAnsi="NanumSquare" w:eastAsia="NanumSquare"/>
        <w:color w:val="787878"/>
        <w:sz w:val="14"/>
      </w:rPr>
      <w:t>실전 입사지원서 작성 과제 | 제출용 양식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NanumSquare" w:hAnsi="NanumSquare" w:eastAsia="NanumSquare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itleKR">
    <w:name w:val="TitleKR"/>
    <w:pPr>
      <w:spacing w:before="0" w:after="40"/>
    </w:pPr>
    <w:rPr>
      <w:rFonts w:ascii="NanumSquare" w:hAnsi="NanumSquare" w:eastAsia="NanumSquare"/>
      <w:b/>
      <w:color w:val="17365D"/>
      <w:sz w:val="34"/>
    </w:rPr>
  </w:style>
  <w:style w:type="paragraph" w:customStyle="1" w:styleId="SectionKR">
    <w:name w:val="SectionKR"/>
    <w:pPr>
      <w:spacing w:before="0" w:after="40"/>
    </w:pPr>
    <w:rPr>
      <w:rFonts w:ascii="NanumSquare" w:hAnsi="NanumSquare" w:eastAsia="NanumSquare"/>
      <w:b/>
      <w:color w:val="17365D"/>
      <w:sz w:val="23"/>
    </w:rPr>
  </w:style>
  <w:style w:type="paragraph" w:customStyle="1" w:styleId="SubKR">
    <w:name w:val="SubKR"/>
    <w:pPr>
      <w:spacing w:before="0" w:after="40"/>
    </w:pPr>
    <w:rPr>
      <w:rFonts w:ascii="NanumSquare" w:hAnsi="NanumSquare" w:eastAsia="NanumSquare"/>
      <w:b/>
      <w:color w:val="2F5597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