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left"/>
      </w:pPr>
      <w:r>
        <w:rPr>
          <w:rFonts w:ascii="NanumBarunGothic" w:hAnsi="NanumBarunGothic" w:eastAsia="NanumBarunGothic"/>
          <w:b/>
          <w:color w:val="6B7280"/>
          <w:sz w:val="18"/>
        </w:rPr>
        <w:t>과제 1  |  SMART TOURISM CITY  |  1/3</w:t>
      </w:r>
    </w:p>
    <w:p>
      <w:pPr>
        <w:spacing w:before="0" w:after="20"/>
      </w:pPr>
      <w:r>
        <w:rPr>
          <w:rFonts w:ascii="NanumBarunGothic" w:hAnsi="NanumBarunGothic" w:eastAsia="NanumBarunGothic"/>
          <w:b/>
          <w:color w:val="17365D"/>
          <w:sz w:val="38"/>
        </w:rPr>
        <w:t>도시 개요 + 핵심 서비스</w:t>
      </w:r>
    </w:p>
    <w:p>
      <w:pPr>
        <w:spacing w:before="0" w:after="100"/>
      </w:pPr>
      <w:r>
        <w:rPr>
          <w:rFonts w:ascii="NanumBarunGothic" w:hAnsi="NanumBarunGothic" w:eastAsia="NanumBarunGothic"/>
          <w:b w:val="0"/>
          <w:color w:val="4B5563"/>
          <w:sz w:val="21"/>
        </w:rPr>
        <w:t>WHAT — 이 도시는 어떤 스마트관광도시인가?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c>
          <w:tcPr>
            <w:tcW w:type="dxa" w:w="3515"/>
            <w:shd w:fill="F3F6FA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B7C3D0"/>
              <w:left w:val="single" w:sz="6" w:color="B7C3D0"/>
              <w:bottom w:val="single" w:sz="6" w:color="B7C3D0"/>
              <w:right w:val="single" w:sz="6" w:color="B7C3D0"/>
            </w:tcBorders>
          </w:tcPr>
          <w:p>
            <w:r>
              <w:rPr>
                <w:rFonts w:ascii="NanumBarunGothic" w:hAnsi="NanumBarunGothic" w:eastAsia="NanumBarunGothic"/>
                <w:b/>
                <w:color w:val="17365D"/>
                <w:sz w:val="19"/>
              </w:rPr>
              <w:t xml:space="preserve">도시명 : </w:t>
            </w:r>
            <w:r>
              <w:rPr>
                <w:rFonts w:ascii="NanumBarunGothic" w:hAnsi="NanumBarunGothic" w:eastAsia="NanumBarunGothic"/>
                <w:b w:val="0"/>
                <w:color w:val="777777"/>
                <w:sz w:val="19"/>
              </w:rPr>
              <w:t>________________</w:t>
            </w:r>
          </w:p>
        </w:tc>
        <w:tc>
          <w:tcPr>
            <w:tcW w:type="dxa" w:w="3515"/>
            <w:shd w:fill="F3F6FA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B7C3D0"/>
              <w:left w:val="single" w:sz="6" w:color="B7C3D0"/>
              <w:bottom w:val="single" w:sz="6" w:color="B7C3D0"/>
              <w:right w:val="single" w:sz="6" w:color="B7C3D0"/>
            </w:tcBorders>
          </w:tcPr>
          <w:p>
            <w:r>
              <w:rPr>
                <w:rFonts w:ascii="NanumBarunGothic" w:hAnsi="NanumBarunGothic" w:eastAsia="NanumBarunGothic"/>
                <w:b/>
                <w:color w:val="17365D"/>
                <w:sz w:val="19"/>
              </w:rPr>
              <w:t xml:space="preserve">학번 : </w:t>
            </w:r>
            <w:r>
              <w:rPr>
                <w:rFonts w:ascii="NanumBarunGothic" w:hAnsi="NanumBarunGothic" w:eastAsia="NanumBarunGothic"/>
                <w:b w:val="0"/>
                <w:color w:val="777777"/>
                <w:sz w:val="19"/>
              </w:rPr>
              <w:t>________________</w:t>
            </w:r>
          </w:p>
        </w:tc>
        <w:tc>
          <w:tcPr>
            <w:tcW w:type="dxa" w:w="3515"/>
            <w:shd w:fill="F3F6FA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B7C3D0"/>
              <w:left w:val="single" w:sz="6" w:color="B7C3D0"/>
              <w:bottom w:val="single" w:sz="6" w:color="B7C3D0"/>
              <w:right w:val="single" w:sz="6" w:color="B7C3D0"/>
            </w:tcBorders>
          </w:tcPr>
          <w:p>
            <w:r>
              <w:rPr>
                <w:rFonts w:ascii="NanumBarunGothic" w:hAnsi="NanumBarunGothic" w:eastAsia="NanumBarunGothic"/>
                <w:b/>
                <w:color w:val="17365D"/>
                <w:sz w:val="19"/>
              </w:rPr>
              <w:t xml:space="preserve">이름 : </w:t>
            </w:r>
            <w:r>
              <w:rPr>
                <w:rFonts w:ascii="NanumBarunGothic" w:hAnsi="NanumBarunGothic" w:eastAsia="NanumBarunGothic"/>
                <w:b w:val="0"/>
                <w:color w:val="777777"/>
                <w:sz w:val="19"/>
              </w:rPr>
              <w:t>________________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trHeight w:val="623" w:hRule="exact"/>
        </w:trPr>
        <w:tc>
          <w:tcPr>
            <w:tcW w:type="dxa" w:w="2551"/>
            <w:shd w:fill="EAF0F7"/>
            <w:vAlign w:val="center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NanumBarunGothic" w:hAnsi="NanumBarunGothic" w:eastAsia="NanumBarunGothic"/>
                <w:b/>
                <w:color w:val="17365D"/>
                <w:sz w:val="19"/>
              </w:rPr>
              <w:t>스마트관광 브랜드명</w:t>
            </w:r>
          </w:p>
        </w:tc>
        <w:tc>
          <w:tcPr>
            <w:tcW w:type="dxa" w:w="799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0" w:after="0"/>
            </w:pPr>
            <w:r/>
            <w:r>
              <w:rPr>
                <w:rFonts w:ascii="NanumBarunGothic" w:hAnsi="NanumBarunGothic" w:eastAsia="NanumBarunGothic"/>
                <w:b w:val="0"/>
                <w:i/>
                <w:color w:val="9A9A9A"/>
                <w:sz w:val="18"/>
              </w:rPr>
              <w:t>공식 브랜드·앱·플랫폼 명칭을 작성하세요.</w:t>
            </w:r>
          </w:p>
        </w:tc>
      </w:tr>
      <w:tr>
        <w:trPr>
          <w:trHeight w:val="907" w:hRule="exact"/>
        </w:trPr>
        <w:tc>
          <w:tcPr>
            <w:tcW w:type="dxa" w:w="2551"/>
            <w:shd w:fill="EAF0F7"/>
            <w:vAlign w:val="center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NanumBarunGothic" w:hAnsi="NanumBarunGothic" w:eastAsia="NanumBarunGothic"/>
                <w:b/>
                <w:color w:val="17365D"/>
                <w:sz w:val="19"/>
              </w:rPr>
              <w:t>한 줄 특징</w:t>
            </w:r>
          </w:p>
        </w:tc>
        <w:tc>
          <w:tcPr>
            <w:tcW w:type="dxa" w:w="799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0" w:after="0"/>
            </w:pPr>
            <w:r/>
            <w:r>
              <w:rPr>
                <w:rFonts w:ascii="NanumBarunGothic" w:hAnsi="NanumBarunGothic" w:eastAsia="NanumBarunGothic"/>
                <w:b w:val="0"/>
                <w:i/>
                <w:color w:val="9A9A9A"/>
                <w:sz w:val="18"/>
              </w:rPr>
              <w:t>“○○을 활용해 △△ 관광경험을 강화한 스마트관광도시”처럼 작성하세요.</w:t>
            </w:r>
          </w:p>
        </w:tc>
      </w:tr>
      <w:tr>
        <w:trPr>
          <w:trHeight w:val="623" w:hRule="exact"/>
        </w:trPr>
        <w:tc>
          <w:tcPr>
            <w:tcW w:type="dxa" w:w="2551"/>
            <w:shd w:fill="EAF0F7"/>
            <w:vAlign w:val="center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NanumBarunGothic" w:hAnsi="NanumBarunGothic" w:eastAsia="NanumBarunGothic"/>
                <w:b/>
                <w:color w:val="17365D"/>
                <w:sz w:val="19"/>
              </w:rPr>
              <w:t>핵심 타깃</w:t>
            </w:r>
          </w:p>
        </w:tc>
        <w:tc>
          <w:tcPr>
            <w:tcW w:type="dxa" w:w="799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0" w:after="0"/>
            </w:pPr>
            <w:r/>
            <w:r>
              <w:rPr>
                <w:rFonts w:ascii="NanumBarunGothic" w:hAnsi="NanumBarunGothic" w:eastAsia="NanumBarunGothic"/>
                <w:b w:val="0"/>
                <w:i/>
                <w:color w:val="9A9A9A"/>
                <w:sz w:val="18"/>
              </w:rPr>
              <w:t>예: 가족관광객 / 청년 / 외국인 / 웰니스 관광객 등</w:t>
            </w:r>
          </w:p>
        </w:tc>
      </w:tr>
      <w:tr>
        <w:trPr>
          <w:trHeight w:val="737" w:hRule="exact"/>
        </w:trPr>
        <w:tc>
          <w:tcPr>
            <w:tcW w:type="dxa" w:w="2551"/>
            <w:shd w:fill="EAF0F7"/>
            <w:vAlign w:val="center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NanumBarunGothic" w:hAnsi="NanumBarunGothic" w:eastAsia="NanumBarunGothic"/>
                <w:b/>
                <w:color w:val="17365D"/>
                <w:sz w:val="19"/>
              </w:rPr>
              <w:t>대표 서비스 ①</w:t>
            </w:r>
          </w:p>
        </w:tc>
        <w:tc>
          <w:tcPr>
            <w:tcW w:type="dxa" w:w="799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0" w:after="0"/>
            </w:pPr>
            <w:r/>
            <w:r>
              <w:rPr>
                <w:rFonts w:ascii="NanumBarunGothic" w:hAnsi="NanumBarunGothic" w:eastAsia="NanumBarunGothic"/>
                <w:b w:val="0"/>
                <w:i/>
                <w:color w:val="9A9A9A"/>
                <w:sz w:val="18"/>
              </w:rPr>
              <w:t>서비스명 + 무엇을 할 수 있는지</w:t>
            </w:r>
          </w:p>
        </w:tc>
      </w:tr>
      <w:tr>
        <w:trPr>
          <w:trHeight w:val="737" w:hRule="exact"/>
        </w:trPr>
        <w:tc>
          <w:tcPr>
            <w:tcW w:type="dxa" w:w="2551"/>
            <w:shd w:fill="EAF0F7"/>
            <w:vAlign w:val="center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NanumBarunGothic" w:hAnsi="NanumBarunGothic" w:eastAsia="NanumBarunGothic"/>
                <w:b/>
                <w:color w:val="17365D"/>
                <w:sz w:val="19"/>
              </w:rPr>
              <w:t>대표 서비스 ②</w:t>
            </w:r>
          </w:p>
        </w:tc>
        <w:tc>
          <w:tcPr>
            <w:tcW w:type="dxa" w:w="799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0" w:after="0"/>
            </w:pPr>
            <w:r/>
            <w:r>
              <w:rPr>
                <w:rFonts w:ascii="NanumBarunGothic" w:hAnsi="NanumBarunGothic" w:eastAsia="NanumBarunGothic"/>
                <w:b w:val="0"/>
                <w:i/>
                <w:color w:val="9A9A9A"/>
                <w:sz w:val="18"/>
              </w:rPr>
              <w:t>서비스명 + 무엇을 할 수 있는지</w:t>
            </w:r>
          </w:p>
        </w:tc>
      </w:tr>
      <w:tr>
        <w:trPr>
          <w:trHeight w:val="737" w:hRule="exact"/>
        </w:trPr>
        <w:tc>
          <w:tcPr>
            <w:tcW w:type="dxa" w:w="2551"/>
            <w:shd w:fill="EAF0F7"/>
            <w:vAlign w:val="center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NanumBarunGothic" w:hAnsi="NanumBarunGothic" w:eastAsia="NanumBarunGothic"/>
                <w:b/>
                <w:color w:val="17365D"/>
                <w:sz w:val="19"/>
              </w:rPr>
              <w:t>대표 서비스 ③</w:t>
            </w:r>
          </w:p>
        </w:tc>
        <w:tc>
          <w:tcPr>
            <w:tcW w:type="dxa" w:w="799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0" w:after="0"/>
            </w:pPr>
            <w:r/>
            <w:r>
              <w:rPr>
                <w:rFonts w:ascii="NanumBarunGothic" w:hAnsi="NanumBarunGothic" w:eastAsia="NanumBarunGothic"/>
                <w:b w:val="0"/>
                <w:i/>
                <w:color w:val="9A9A9A"/>
                <w:sz w:val="18"/>
              </w:rPr>
              <w:t>서비스명 + 무엇을 할 수 있는지</w:t>
            </w:r>
          </w:p>
        </w:tc>
      </w:tr>
    </w:tbl>
    <w:p>
      <w:pPr>
        <w:spacing w:before="100" w:after="40"/>
      </w:pPr>
      <w:r>
        <w:rPr>
          <w:rFonts w:ascii="NanumBarunGothic" w:hAnsi="NanumBarunGothic" w:eastAsia="NanumBarunGothic"/>
          <w:b/>
          <w:color w:val="17365D"/>
          <w:sz w:val="21"/>
        </w:rPr>
        <w:t>대표 이미지 / 서비스 화면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trHeight w:val="2438" w:hRule="exact"/>
        </w:trPr>
        <w:tc>
          <w:tcPr>
            <w:tcW w:type="dxa" w:w="527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dashed" w:sz="6" w:color="9AA7B5"/>
              <w:left w:val="dashed" w:sz="6" w:color="9AA7B5"/>
              <w:bottom w:val="dashed" w:sz="6" w:color="9AA7B5"/>
              <w:right w:val="dashed" w:sz="6" w:color="9AA7B5"/>
            </w:tcBorders>
            <w:vAlign w:val="center"/>
          </w:tcPr>
          <w:p>
            <w:pPr>
              <w:jc w:val="center"/>
            </w:pPr>
            <w:r>
              <w:rPr>
                <w:rFonts w:ascii="NanumBarunGothic" w:hAnsi="NanumBarunGothic" w:eastAsia="NanumBarunGothic"/>
                <w:b w:val="0"/>
                <w:color w:val="8A8A8A"/>
                <w:sz w:val="18"/>
              </w:rPr>
              <w:t>이미지·캡처 붙이는 곳</w:t>
              <w:br/>
              <w:t>플랫폼 / 서비스 화면</w:t>
            </w:r>
          </w:p>
        </w:tc>
        <w:tc>
          <w:tcPr>
            <w:tcW w:type="dxa" w:w="527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dashed" w:sz="6" w:color="9AA7B5"/>
              <w:left w:val="dashed" w:sz="6" w:color="9AA7B5"/>
              <w:bottom w:val="dashed" w:sz="6" w:color="9AA7B5"/>
              <w:right w:val="dashed" w:sz="6" w:color="9AA7B5"/>
            </w:tcBorders>
            <w:vAlign w:val="center"/>
          </w:tcPr>
          <w:p>
            <w:pPr>
              <w:jc w:val="center"/>
            </w:pPr>
            <w:r>
              <w:rPr>
                <w:rFonts w:ascii="NanumBarunGothic" w:hAnsi="NanumBarunGothic" w:eastAsia="NanumBarunGothic"/>
                <w:b w:val="0"/>
                <w:color w:val="8A8A8A"/>
                <w:sz w:val="18"/>
              </w:rPr>
              <w:t>이미지·캡처 붙이는 곳</w:t>
              <w:br/>
              <w:t>관광지 / 체험 화면</w:t>
            </w:r>
          </w:p>
        </w:tc>
      </w:tr>
    </w:tbl>
    <w:p>
      <w:pPr>
        <w:spacing w:before="100" w:after="40"/>
      </w:pPr>
      <w:r>
        <w:rPr>
          <w:rFonts w:ascii="NanumBarunGothic" w:hAnsi="NanumBarunGothic" w:eastAsia="NanumBarunGothic"/>
          <w:b/>
          <w:color w:val="17365D"/>
          <w:sz w:val="21"/>
        </w:rPr>
        <w:t>★ 이 도시를 한 문장으로 설명하면?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546"/>
      </w:tblGrid>
      <w:tr>
        <w:trPr>
          <w:trHeight w:val="1247" w:hRule="exact"/>
        </w:trPr>
        <w:tc>
          <w:tcPr>
            <w:tcW w:type="dxa" w:w="10546"/>
            <w:shd w:fill="FFF9E8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7" w:color="D6B656"/>
              <w:left w:val="single" w:sz="7" w:color="D6B656"/>
              <w:bottom w:val="single" w:sz="7" w:color="D6B656"/>
              <w:right w:val="single" w:sz="7" w:color="D6B656"/>
            </w:tcBorders>
          </w:tcPr>
          <w:p>
            <w:pPr>
              <w:spacing w:before="0" w:after="0"/>
            </w:pPr>
            <w:r/>
            <w:r>
              <w:rPr>
                <w:rFonts w:ascii="NanumBarunGothic" w:hAnsi="NanumBarunGothic" w:eastAsia="NanumBarunGothic"/>
                <w:b w:val="0"/>
                <w:i/>
                <w:color w:val="8A8A8A"/>
                <w:sz w:val="18"/>
              </w:rPr>
              <w:t>핵심 특징을 1~2문장으로 정리하세요.</w:t>
            </w:r>
          </w:p>
          <w:p>
            <w:pPr>
              <w:spacing w:before="0" w:after="0"/>
            </w:pPr>
            <w:r>
              <w:rPr>
                <w:rFonts w:ascii="NanumBarunGothic" w:hAnsi="NanumBarunGothic" w:eastAsia="NanumBarunGothic"/>
                <w:b w:val="0"/>
                <w:color w:val="B5B5B5"/>
                <w:sz w:val="18"/>
              </w:rPr>
              <w:t>________________________________________________________________</w:t>
            </w:r>
          </w:p>
        </w:tc>
      </w:tr>
    </w:tbl>
    <w:p>
      <w:pPr>
        <w:spacing w:before="80" w:after="0"/>
      </w:pPr>
      <w:r>
        <w:rPr>
          <w:rFonts w:ascii="NanumBarunGothic" w:hAnsi="NanumBarunGothic" w:eastAsia="NanumBarunGothic"/>
          <w:b/>
          <w:color w:val="17365D"/>
          <w:sz w:val="18"/>
        </w:rPr>
        <w:t xml:space="preserve">공식 출처 / URL : </w:t>
      </w:r>
      <w:r>
        <w:rPr>
          <w:rFonts w:ascii="NanumBarunGothic" w:hAnsi="NanumBarunGothic" w:eastAsia="NanumBarunGothic"/>
          <w:b w:val="0"/>
          <w:color w:val="888888"/>
          <w:sz w:val="18"/>
        </w:rPr>
        <w:t>____________________________________________________________</w:t>
      </w:r>
    </w:p>
    <w:p>
      <w:r>
        <w:br w:type="page"/>
      </w:r>
    </w:p>
    <w:p>
      <w:pPr>
        <w:spacing w:after="40"/>
        <w:jc w:val="left"/>
      </w:pPr>
      <w:r>
        <w:rPr>
          <w:rFonts w:ascii="NanumBarunGothic" w:hAnsi="NanumBarunGothic" w:eastAsia="NanumBarunGothic"/>
          <w:b/>
          <w:color w:val="6B7280"/>
          <w:sz w:val="18"/>
        </w:rPr>
        <w:t>과제 1  |  SMART TOURISM CITY  |  2/3</w:t>
      </w:r>
    </w:p>
    <w:p>
      <w:pPr>
        <w:spacing w:before="0" w:after="20"/>
      </w:pPr>
      <w:r>
        <w:rPr>
          <w:rFonts w:ascii="NanumBarunGothic" w:hAnsi="NanumBarunGothic" w:eastAsia="NanumBarunGothic"/>
          <w:b/>
          <w:color w:val="17365D"/>
          <w:sz w:val="38"/>
        </w:rPr>
        <w:t>PLATFORM + RESEARCH</w:t>
      </w:r>
    </w:p>
    <w:p>
      <w:pPr>
        <w:spacing w:before="0" w:after="100"/>
      </w:pPr>
      <w:r>
        <w:rPr>
          <w:rFonts w:ascii="NanumBarunGothic" w:hAnsi="NanumBarunGothic" w:eastAsia="NanumBarunGothic"/>
          <w:b w:val="0"/>
          <w:color w:val="4B5563"/>
          <w:sz w:val="21"/>
        </w:rPr>
        <w:t>HOW + WHY — 무엇을 만들었고, 왜 만들었나?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c>
          <w:tcPr>
            <w:tcW w:type="dxa" w:w="3515"/>
            <w:shd w:fill="F3F6FA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B7C3D0"/>
              <w:left w:val="single" w:sz="6" w:color="B7C3D0"/>
              <w:bottom w:val="single" w:sz="6" w:color="B7C3D0"/>
              <w:right w:val="single" w:sz="6" w:color="B7C3D0"/>
            </w:tcBorders>
          </w:tcPr>
          <w:p>
            <w:r>
              <w:rPr>
                <w:rFonts w:ascii="NanumBarunGothic" w:hAnsi="NanumBarunGothic" w:eastAsia="NanumBarunGothic"/>
                <w:b/>
                <w:color w:val="17365D"/>
                <w:sz w:val="19"/>
              </w:rPr>
              <w:t xml:space="preserve">도시명 : </w:t>
            </w:r>
            <w:r>
              <w:rPr>
                <w:rFonts w:ascii="NanumBarunGothic" w:hAnsi="NanumBarunGothic" w:eastAsia="NanumBarunGothic"/>
                <w:b w:val="0"/>
                <w:color w:val="777777"/>
                <w:sz w:val="19"/>
              </w:rPr>
              <w:t>________________</w:t>
            </w:r>
          </w:p>
        </w:tc>
        <w:tc>
          <w:tcPr>
            <w:tcW w:type="dxa" w:w="3515"/>
            <w:shd w:fill="F3F6FA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B7C3D0"/>
              <w:left w:val="single" w:sz="6" w:color="B7C3D0"/>
              <w:bottom w:val="single" w:sz="6" w:color="B7C3D0"/>
              <w:right w:val="single" w:sz="6" w:color="B7C3D0"/>
            </w:tcBorders>
          </w:tcPr>
          <w:p>
            <w:r>
              <w:rPr>
                <w:rFonts w:ascii="NanumBarunGothic" w:hAnsi="NanumBarunGothic" w:eastAsia="NanumBarunGothic"/>
                <w:b/>
                <w:color w:val="17365D"/>
                <w:sz w:val="19"/>
              </w:rPr>
              <w:t xml:space="preserve">학번 : </w:t>
            </w:r>
            <w:r>
              <w:rPr>
                <w:rFonts w:ascii="NanumBarunGothic" w:hAnsi="NanumBarunGothic" w:eastAsia="NanumBarunGothic"/>
                <w:b w:val="0"/>
                <w:color w:val="777777"/>
                <w:sz w:val="19"/>
              </w:rPr>
              <w:t>________________</w:t>
            </w:r>
          </w:p>
        </w:tc>
        <w:tc>
          <w:tcPr>
            <w:tcW w:type="dxa" w:w="3515"/>
            <w:shd w:fill="F3F6FA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B7C3D0"/>
              <w:left w:val="single" w:sz="6" w:color="B7C3D0"/>
              <w:bottom w:val="single" w:sz="6" w:color="B7C3D0"/>
              <w:right w:val="single" w:sz="6" w:color="B7C3D0"/>
            </w:tcBorders>
          </w:tcPr>
          <w:p>
            <w:r>
              <w:rPr>
                <w:rFonts w:ascii="NanumBarunGothic" w:hAnsi="NanumBarunGothic" w:eastAsia="NanumBarunGothic"/>
                <w:b/>
                <w:color w:val="17365D"/>
                <w:sz w:val="19"/>
              </w:rPr>
              <w:t xml:space="preserve">이름 : </w:t>
            </w:r>
            <w:r>
              <w:rPr>
                <w:rFonts w:ascii="NanumBarunGothic" w:hAnsi="NanumBarunGothic" w:eastAsia="NanumBarunGothic"/>
                <w:b w:val="0"/>
                <w:color w:val="777777"/>
                <w:sz w:val="19"/>
              </w:rPr>
              <w:t>________________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c>
          <w:tcPr>
            <w:tcW w:type="dxa" w:w="5244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/>
            </w:pPr>
            <w:r/>
            <w:r>
              <w:rPr>
                <w:rFonts w:ascii="NanumBarunGothic" w:hAnsi="NanumBarunGothic" w:eastAsia="NanumBarunGothic"/>
                <w:b/>
                <w:color w:val="17365D"/>
                <w:sz w:val="22"/>
              </w:rPr>
              <w:t>① PLATFORM  무엇을 만들었나?</w:t>
            </w:r>
          </w:p>
          <w:p>
            <w:pPr>
              <w:spacing w:after="60"/>
            </w:pPr>
            <w:r>
              <w:rPr>
                <w:rFonts w:ascii="NanumBarunGothic" w:hAnsi="NanumBarunGothic" w:eastAsia="NanumBarunGothic"/>
                <w:b w:val="0"/>
                <w:color w:val="5B6570"/>
                <w:sz w:val="17"/>
              </w:rPr>
              <w:t>관광객이 실제로 무엇을 할 수 있는지 확인합니다.</w:t>
            </w:r>
          </w:p>
          <w:tbl>
            <w:tblPr>
              <w:tblW w:type="auto" w:w="0"/>
              <w:tblLook w:firstColumn="1" w:firstRow="1" w:lastColumn="0" w:lastRow="0" w:noHBand="0" w:noVBand="1" w:val="04A0"/>
            </w:tblPr>
            <w:tblGrid>
              <w:gridCol w:w="5244"/>
            </w:tblGrid>
            <w:tr>
              <w:trPr>
                <w:trHeight w:val="567" w:hRule="exact"/>
              </w:trPr>
              <w:tc>
                <w:tcPr>
                  <w:tcW w:type="dxa" w:w="5244"/>
                  <w:tcMar>
                    <w:top w:w="100" w:type="dxa"/>
                    <w:start w:w="120" w:type="dxa"/>
                    <w:bottom w:w="100" w:type="dxa"/>
                    <w:end w:w="120" w:type="dxa"/>
                  </w:tcMar>
                  <w:tcBorders>
                    <w:top w:val="single" w:sz="5" w:color="B7C3D0"/>
                    <w:left w:val="single" w:sz="5" w:color="B7C3D0"/>
                    <w:bottom w:val="single" w:sz="5" w:color="B7C3D0"/>
                    <w:right w:val="single" w:sz="5" w:color="B7C3D0"/>
                  </w:tcBorders>
                </w:tcPr>
                <w:p>
                  <w:r>
                    <w:rPr>
                      <w:rFonts w:ascii="NanumBarunGothic" w:hAnsi="NanumBarunGothic" w:eastAsia="NanumBarunGothic"/>
                      <w:b/>
                      <w:color w:val="17365D"/>
                      <w:sz w:val="18"/>
                    </w:rPr>
                    <w:t>플랫폼·앱·웹 이름</w:t>
                    <w:br/>
                  </w:r>
                  <w:r>
                    <w:rPr>
                      <w:rFonts w:ascii="NanumBarunGothic" w:hAnsi="NanumBarunGothic" w:eastAsia="NanumBarunGothic"/>
                      <w:b w:val="0"/>
                      <w:color w:val="A0A0A0"/>
                      <w:sz w:val="17"/>
                    </w:rPr>
                    <w:t>________________________________</w:t>
                  </w:r>
                </w:p>
              </w:tc>
            </w:tr>
            <w:tr>
              <w:trPr>
                <w:trHeight w:val="907" w:hRule="exact"/>
              </w:trPr>
              <w:tc>
                <w:tcPr>
                  <w:tcW w:type="dxa" w:w="5244"/>
                  <w:tcMar>
                    <w:top w:w="100" w:type="dxa"/>
                    <w:start w:w="120" w:type="dxa"/>
                    <w:bottom w:w="100" w:type="dxa"/>
                    <w:end w:w="120" w:type="dxa"/>
                  </w:tcMar>
                  <w:tcBorders>
                    <w:top w:val="single" w:sz="5" w:color="B7C3D0"/>
                    <w:left w:val="single" w:sz="5" w:color="B7C3D0"/>
                    <w:bottom w:val="single" w:sz="5" w:color="B7C3D0"/>
                    <w:right w:val="single" w:sz="5" w:color="B7C3D0"/>
                  </w:tcBorders>
                </w:tcPr>
                <w:p>
                  <w:r>
                    <w:rPr>
                      <w:rFonts w:ascii="NanumBarunGothic" w:hAnsi="NanumBarunGothic" w:eastAsia="NanumBarunGothic"/>
                      <w:b/>
                      <w:color w:val="17365D"/>
                      <w:sz w:val="18"/>
                    </w:rPr>
                    <w:t>대표 기능 ①</w:t>
                    <w:br/>
                  </w:r>
                  <w:r>
                    <w:rPr>
                      <w:rFonts w:ascii="NanumBarunGothic" w:hAnsi="NanumBarunGothic" w:eastAsia="NanumBarunGothic"/>
                      <w:b w:val="0"/>
                      <w:color w:val="A0A0A0"/>
                      <w:sz w:val="17"/>
                    </w:rPr>
                    <w:t>________________________________</w:t>
                  </w:r>
                </w:p>
              </w:tc>
            </w:tr>
            <w:tr>
              <w:trPr>
                <w:trHeight w:val="907" w:hRule="exact"/>
              </w:trPr>
              <w:tc>
                <w:tcPr>
                  <w:tcW w:type="dxa" w:w="5244"/>
                  <w:tcMar>
                    <w:top w:w="100" w:type="dxa"/>
                    <w:start w:w="120" w:type="dxa"/>
                    <w:bottom w:w="100" w:type="dxa"/>
                    <w:end w:w="120" w:type="dxa"/>
                  </w:tcMar>
                  <w:tcBorders>
                    <w:top w:val="single" w:sz="5" w:color="B7C3D0"/>
                    <w:left w:val="single" w:sz="5" w:color="B7C3D0"/>
                    <w:bottom w:val="single" w:sz="5" w:color="B7C3D0"/>
                    <w:right w:val="single" w:sz="5" w:color="B7C3D0"/>
                  </w:tcBorders>
                </w:tcPr>
                <w:p>
                  <w:r>
                    <w:rPr>
                      <w:rFonts w:ascii="NanumBarunGothic" w:hAnsi="NanumBarunGothic" w:eastAsia="NanumBarunGothic"/>
                      <w:b/>
                      <w:color w:val="17365D"/>
                      <w:sz w:val="18"/>
                    </w:rPr>
                    <w:t>대표 기능 ②</w:t>
                    <w:br/>
                  </w:r>
                  <w:r>
                    <w:rPr>
                      <w:rFonts w:ascii="NanumBarunGothic" w:hAnsi="NanumBarunGothic" w:eastAsia="NanumBarunGothic"/>
                      <w:b w:val="0"/>
                      <w:color w:val="A0A0A0"/>
                      <w:sz w:val="17"/>
                    </w:rPr>
                    <w:t>________________________________</w:t>
                  </w:r>
                </w:p>
              </w:tc>
            </w:tr>
            <w:tr>
              <w:trPr>
                <w:trHeight w:val="907" w:hRule="exact"/>
              </w:trPr>
              <w:tc>
                <w:tcPr>
                  <w:tcW w:type="dxa" w:w="5244"/>
                  <w:tcMar>
                    <w:top w:w="100" w:type="dxa"/>
                    <w:start w:w="120" w:type="dxa"/>
                    <w:bottom w:w="100" w:type="dxa"/>
                    <w:end w:w="120" w:type="dxa"/>
                  </w:tcMar>
                  <w:tcBorders>
                    <w:top w:val="single" w:sz="5" w:color="B7C3D0"/>
                    <w:left w:val="single" w:sz="5" w:color="B7C3D0"/>
                    <w:bottom w:val="single" w:sz="5" w:color="B7C3D0"/>
                    <w:right w:val="single" w:sz="5" w:color="B7C3D0"/>
                  </w:tcBorders>
                </w:tcPr>
                <w:p>
                  <w:r>
                    <w:rPr>
                      <w:rFonts w:ascii="NanumBarunGothic" w:hAnsi="NanumBarunGothic" w:eastAsia="NanumBarunGothic"/>
                      <w:b/>
                      <w:color w:val="17365D"/>
                      <w:sz w:val="18"/>
                    </w:rPr>
                    <w:t>대표 기능 ③</w:t>
                    <w:br/>
                  </w:r>
                  <w:r>
                    <w:rPr>
                      <w:rFonts w:ascii="NanumBarunGothic" w:hAnsi="NanumBarunGothic" w:eastAsia="NanumBarunGothic"/>
                      <w:b w:val="0"/>
                      <w:color w:val="A0A0A0"/>
                      <w:sz w:val="17"/>
                    </w:rPr>
                    <w:t>________________________________</w:t>
                  </w:r>
                </w:p>
              </w:tc>
            </w:tr>
            <w:tr>
              <w:trPr>
                <w:trHeight w:val="1134" w:hRule="exact"/>
              </w:trPr>
              <w:tc>
                <w:tcPr>
                  <w:tcW w:type="dxa" w:w="5244"/>
                  <w:tcMar>
                    <w:top w:w="100" w:type="dxa"/>
                    <w:start w:w="120" w:type="dxa"/>
                    <w:bottom w:w="100" w:type="dxa"/>
                    <w:end w:w="120" w:type="dxa"/>
                  </w:tcMar>
                  <w:tcBorders>
                    <w:top w:val="single" w:sz="5" w:color="B7C3D0"/>
                    <w:left w:val="single" w:sz="5" w:color="B7C3D0"/>
                    <w:bottom w:val="single" w:sz="5" w:color="B7C3D0"/>
                    <w:right w:val="single" w:sz="5" w:color="B7C3D0"/>
                  </w:tcBorders>
                </w:tcPr>
                <w:p>
                  <w:r>
                    <w:rPr>
                      <w:rFonts w:ascii="NanumBarunGothic" w:hAnsi="NanumBarunGothic" w:eastAsia="NanumBarunGothic"/>
                      <w:b/>
                      <w:color w:val="17365D"/>
                      <w:sz w:val="18"/>
                    </w:rPr>
                    <w:t>관광객이 얻는 편익</w:t>
                    <w:br/>
                  </w:r>
                  <w:r>
                    <w:rPr>
                      <w:rFonts w:ascii="NanumBarunGothic" w:hAnsi="NanumBarunGothic" w:eastAsia="NanumBarunGothic"/>
                      <w:b w:val="0"/>
                      <w:color w:val="A0A0A0"/>
                      <w:sz w:val="17"/>
                    </w:rPr>
                    <w:t>________________________________</w:t>
                  </w:r>
                </w:p>
              </w:tc>
            </w:tr>
            <w:tr>
              <w:trPr>
                <w:trHeight w:val="680" w:hRule="exact"/>
              </w:trPr>
              <w:tc>
                <w:tcPr>
                  <w:tcW w:type="dxa" w:w="5244"/>
                  <w:tcMar>
                    <w:top w:w="100" w:type="dxa"/>
                    <w:start w:w="120" w:type="dxa"/>
                    <w:bottom w:w="100" w:type="dxa"/>
                    <w:end w:w="120" w:type="dxa"/>
                  </w:tcMar>
                  <w:tcBorders>
                    <w:top w:val="single" w:sz="5" w:color="B7C3D0"/>
                    <w:left w:val="single" w:sz="5" w:color="B7C3D0"/>
                    <w:bottom w:val="single" w:sz="5" w:color="B7C3D0"/>
                    <w:right w:val="single" w:sz="5" w:color="B7C3D0"/>
                  </w:tcBorders>
                </w:tcPr>
                <w:p>
                  <w:r>
                    <w:rPr>
                      <w:rFonts w:ascii="NanumBarunGothic" w:hAnsi="NanumBarunGothic" w:eastAsia="NanumBarunGothic"/>
                      <w:b/>
                      <w:color w:val="17365D"/>
                      <w:sz w:val="18"/>
                    </w:rPr>
                    <w:t>근거 링크</w:t>
                    <w:br/>
                  </w:r>
                  <w:r>
                    <w:rPr>
                      <w:rFonts w:ascii="NanumBarunGothic" w:hAnsi="NanumBarunGothic" w:eastAsia="NanumBarunGothic"/>
                      <w:b w:val="0"/>
                      <w:color w:val="A0A0A0"/>
                      <w:sz w:val="17"/>
                    </w:rPr>
                    <w:t>________________________________</w:t>
                  </w:r>
                </w:p>
              </w:tc>
            </w:tr>
          </w:tbl>
          <w:p/>
          <w:p>
            <w:pPr>
              <w:spacing w:before="100" w:after="40"/>
            </w:pPr>
            <w:r>
              <w:rPr>
                <w:rFonts w:ascii="NanumBarunGothic" w:hAnsi="NanumBarunGothic" w:eastAsia="NanumBarunGothic"/>
                <w:b/>
                <w:color w:val="17365D"/>
                <w:sz w:val="19"/>
              </w:rPr>
              <w:t>관광객 이용 흐름</w:t>
            </w:r>
          </w:p>
          <w:tbl>
            <w:tblPr>
              <w:tblW w:type="auto" w:w="0"/>
              <w:tblLook w:firstColumn="1" w:firstRow="1" w:lastColumn="0" w:lastRow="0" w:noHBand="0" w:noVBand="1" w:val="04A0"/>
            </w:tblPr>
            <w:tblGrid>
              <w:gridCol w:w="5244"/>
            </w:tblGrid>
            <w:tr>
              <w:trPr>
                <w:trHeight w:val="623" w:hRule="exact"/>
              </w:trPr>
              <w:tc>
                <w:tcPr>
                  <w:tcW w:type="dxa" w:w="5244"/>
                  <w:shd w:fill="F7F9FC"/>
                  <w:tcBorders>
                    <w:top w:val="single" w:sz="4" w:color="D5DDE6"/>
                    <w:left w:val="single" w:sz="4" w:color="D5DDE6"/>
                    <w:bottom w:val="single" w:sz="4" w:color="D5DDE6"/>
                    <w:right w:val="single" w:sz="4" w:color="D5DDE6"/>
                  </w:tcBorders>
                </w:tcPr>
                <w:p>
                  <w:pPr>
                    <w:jc w:val="center"/>
                  </w:pPr>
                  <w:r>
                    <w:rPr>
                      <w:rFonts w:ascii="NanumBarunGothic" w:hAnsi="NanumBarunGothic" w:eastAsia="NanumBarunGothic"/>
                      <w:b w:val="0"/>
                      <w:color w:val="17365D"/>
                      <w:sz w:val="18"/>
                    </w:rPr>
                    <w:t>① __________________________</w:t>
                  </w:r>
                </w:p>
              </w:tc>
            </w:tr>
            <w:tr>
              <w:trPr>
                <w:trHeight w:val="453" w:hRule="exact"/>
              </w:trPr>
              <w:tc>
                <w:tcPr>
                  <w:tcW w:type="dxa" w:w="5244"/>
                  <w:shd w:fill="FFFFFF"/>
                  <w:tcBorders>
                    <w:top w:val="nil" w:sz="4" w:color="D5DDE6"/>
                    <w:left w:val="nil" w:sz="4" w:color="D5DDE6"/>
                    <w:bottom w:val="nil" w:sz="4" w:color="D5DDE6"/>
                    <w:right w:val="nil" w:sz="4" w:color="D5DDE6"/>
                  </w:tcBorders>
                </w:tcPr>
                <w:p>
                  <w:pPr>
                    <w:jc w:val="center"/>
                  </w:pPr>
                  <w:r>
                    <w:rPr>
                      <w:rFonts w:ascii="NanumBarunGothic" w:hAnsi="NanumBarunGothic" w:eastAsia="NanumBarunGothic"/>
                      <w:b w:val="0"/>
                      <w:color w:val="8190A5"/>
                      <w:sz w:val="18"/>
                    </w:rPr>
                    <w:t>↓</w:t>
                  </w:r>
                </w:p>
              </w:tc>
            </w:tr>
            <w:tr>
              <w:trPr>
                <w:trHeight w:val="623" w:hRule="exact"/>
              </w:trPr>
              <w:tc>
                <w:tcPr>
                  <w:tcW w:type="dxa" w:w="5244"/>
                  <w:shd w:fill="F7F9FC"/>
                  <w:tcBorders>
                    <w:top w:val="single" w:sz="4" w:color="D5DDE6"/>
                    <w:left w:val="single" w:sz="4" w:color="D5DDE6"/>
                    <w:bottom w:val="single" w:sz="4" w:color="D5DDE6"/>
                    <w:right w:val="single" w:sz="4" w:color="D5DDE6"/>
                  </w:tcBorders>
                </w:tcPr>
                <w:p>
                  <w:pPr>
                    <w:jc w:val="center"/>
                  </w:pPr>
                  <w:r>
                    <w:rPr>
                      <w:rFonts w:ascii="NanumBarunGothic" w:hAnsi="NanumBarunGothic" w:eastAsia="NanumBarunGothic"/>
                      <w:b w:val="0"/>
                      <w:color w:val="17365D"/>
                      <w:sz w:val="18"/>
                    </w:rPr>
                    <w:t>② __________________________</w:t>
                  </w:r>
                </w:p>
              </w:tc>
            </w:tr>
            <w:tr>
              <w:trPr>
                <w:trHeight w:val="453" w:hRule="exact"/>
              </w:trPr>
              <w:tc>
                <w:tcPr>
                  <w:tcW w:type="dxa" w:w="5244"/>
                  <w:shd w:fill="FFFFFF"/>
                  <w:tcBorders>
                    <w:top w:val="nil" w:sz="4" w:color="D5DDE6"/>
                    <w:left w:val="nil" w:sz="4" w:color="D5DDE6"/>
                    <w:bottom w:val="nil" w:sz="4" w:color="D5DDE6"/>
                    <w:right w:val="nil" w:sz="4" w:color="D5DDE6"/>
                  </w:tcBorders>
                </w:tcPr>
                <w:p>
                  <w:pPr>
                    <w:jc w:val="center"/>
                  </w:pPr>
                  <w:r>
                    <w:rPr>
                      <w:rFonts w:ascii="NanumBarunGothic" w:hAnsi="NanumBarunGothic" w:eastAsia="NanumBarunGothic"/>
                      <w:b w:val="0"/>
                      <w:color w:val="8190A5"/>
                      <w:sz w:val="18"/>
                    </w:rPr>
                    <w:t>↓</w:t>
                  </w:r>
                </w:p>
              </w:tc>
            </w:tr>
            <w:tr>
              <w:trPr>
                <w:trHeight w:val="623" w:hRule="exact"/>
              </w:trPr>
              <w:tc>
                <w:tcPr>
                  <w:tcW w:type="dxa" w:w="5244"/>
                  <w:shd w:fill="F7F9FC"/>
                  <w:tcBorders>
                    <w:top w:val="single" w:sz="4" w:color="D5DDE6"/>
                    <w:left w:val="single" w:sz="4" w:color="D5DDE6"/>
                    <w:bottom w:val="single" w:sz="4" w:color="D5DDE6"/>
                    <w:right w:val="single" w:sz="4" w:color="D5DDE6"/>
                  </w:tcBorders>
                </w:tcPr>
                <w:p>
                  <w:pPr>
                    <w:jc w:val="center"/>
                  </w:pPr>
                  <w:r>
                    <w:rPr>
                      <w:rFonts w:ascii="NanumBarunGothic" w:hAnsi="NanumBarunGothic" w:eastAsia="NanumBarunGothic"/>
                      <w:b w:val="0"/>
                      <w:color w:val="17365D"/>
                      <w:sz w:val="18"/>
                    </w:rPr>
                    <w:t>③ __________________________</w:t>
                  </w:r>
                </w:p>
              </w:tc>
            </w:tr>
          </w:tbl>
          <w:p/>
        </w:tc>
        <w:tc>
          <w:tcPr>
            <w:tcW w:type="dxa" w:w="5244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/>
            </w:pPr>
            <w:r/>
            <w:r>
              <w:rPr>
                <w:rFonts w:ascii="NanumBarunGothic" w:hAnsi="NanumBarunGothic" w:eastAsia="NanumBarunGothic"/>
                <w:b/>
                <w:color w:val="17365D"/>
                <w:sz w:val="22"/>
              </w:rPr>
              <w:t>② RESEARCH  왜 만들었나?</w:t>
            </w:r>
          </w:p>
          <w:p>
            <w:pPr>
              <w:spacing w:after="60"/>
            </w:pPr>
            <w:r>
              <w:rPr>
                <w:rFonts w:ascii="NanumBarunGothic" w:hAnsi="NanumBarunGothic" w:eastAsia="NanumBarunGothic"/>
                <w:b w:val="0"/>
                <w:color w:val="5B6570"/>
                <w:sz w:val="17"/>
              </w:rPr>
              <w:t>서비스가 필요했던 문제와 추진 근거를 찾습니다.</w:t>
            </w:r>
          </w:p>
          <w:tbl>
            <w:tblPr>
              <w:tblW w:type="auto" w:w="0"/>
              <w:tblLook w:firstColumn="1" w:firstRow="1" w:lastColumn="0" w:lastRow="0" w:noHBand="0" w:noVBand="1" w:val="04A0"/>
            </w:tblPr>
            <w:tblGrid>
              <w:gridCol w:w="5244"/>
            </w:tblGrid>
            <w:tr>
              <w:trPr>
                <w:trHeight w:val="1134" w:hRule="exact"/>
              </w:trPr>
              <w:tc>
                <w:tcPr>
                  <w:tcW w:type="dxa" w:w="5244"/>
                  <w:tcMar>
                    <w:top w:w="100" w:type="dxa"/>
                    <w:start w:w="120" w:type="dxa"/>
                    <w:bottom w:w="100" w:type="dxa"/>
                    <w:end w:w="120" w:type="dxa"/>
                  </w:tcMar>
                  <w:tcBorders>
                    <w:top w:val="single" w:sz="5" w:color="B7C3D0"/>
                    <w:left w:val="single" w:sz="5" w:color="B7C3D0"/>
                    <w:bottom w:val="single" w:sz="5" w:color="B7C3D0"/>
                    <w:right w:val="single" w:sz="5" w:color="B7C3D0"/>
                  </w:tcBorders>
                </w:tcPr>
                <w:p>
                  <w:r>
                    <w:rPr>
                      <w:rFonts w:ascii="NanumBarunGothic" w:hAnsi="NanumBarunGothic" w:eastAsia="NanumBarunGothic"/>
                      <w:b/>
                      <w:color w:val="17365D"/>
                      <w:sz w:val="18"/>
                    </w:rPr>
                    <w:t>해결하려는 관광 문제</w:t>
                    <w:br/>
                  </w:r>
                  <w:r>
                    <w:rPr>
                      <w:rFonts w:ascii="NanumBarunGothic" w:hAnsi="NanumBarunGothic" w:eastAsia="NanumBarunGothic"/>
                      <w:b w:val="0"/>
                      <w:color w:val="A0A0A0"/>
                      <w:sz w:val="17"/>
                    </w:rPr>
                    <w:t>________________________________</w:t>
                  </w:r>
                </w:p>
              </w:tc>
            </w:tr>
            <w:tr>
              <w:trPr>
                <w:trHeight w:val="793" w:hRule="exact"/>
              </w:trPr>
              <w:tc>
                <w:tcPr>
                  <w:tcW w:type="dxa" w:w="5244"/>
                  <w:tcMar>
                    <w:top w:w="100" w:type="dxa"/>
                    <w:start w:w="120" w:type="dxa"/>
                    <w:bottom w:w="100" w:type="dxa"/>
                    <w:end w:w="120" w:type="dxa"/>
                  </w:tcMar>
                  <w:tcBorders>
                    <w:top w:val="single" w:sz="5" w:color="B7C3D0"/>
                    <w:left w:val="single" w:sz="5" w:color="B7C3D0"/>
                    <w:bottom w:val="single" w:sz="5" w:color="B7C3D0"/>
                    <w:right w:val="single" w:sz="5" w:color="B7C3D0"/>
                  </w:tcBorders>
                </w:tcPr>
                <w:p>
                  <w:r>
                    <w:rPr>
                      <w:rFonts w:ascii="NanumBarunGothic" w:hAnsi="NanumBarunGothic" w:eastAsia="NanumBarunGothic"/>
                      <w:b/>
                      <w:color w:val="17365D"/>
                      <w:sz w:val="18"/>
                    </w:rPr>
                    <w:t>주요 관광객·대상</w:t>
                    <w:br/>
                  </w:r>
                  <w:r>
                    <w:rPr>
                      <w:rFonts w:ascii="NanumBarunGothic" w:hAnsi="NanumBarunGothic" w:eastAsia="NanumBarunGothic"/>
                      <w:b w:val="0"/>
                      <w:color w:val="A0A0A0"/>
                      <w:sz w:val="17"/>
                    </w:rPr>
                    <w:t>________________________________</w:t>
                  </w:r>
                </w:p>
              </w:tc>
            </w:tr>
            <w:tr>
              <w:trPr>
                <w:trHeight w:val="1134" w:hRule="exact"/>
              </w:trPr>
              <w:tc>
                <w:tcPr>
                  <w:tcW w:type="dxa" w:w="5244"/>
                  <w:tcMar>
                    <w:top w:w="100" w:type="dxa"/>
                    <w:start w:w="120" w:type="dxa"/>
                    <w:bottom w:w="100" w:type="dxa"/>
                    <w:end w:w="120" w:type="dxa"/>
                  </w:tcMar>
                  <w:tcBorders>
                    <w:top w:val="single" w:sz="5" w:color="B7C3D0"/>
                    <w:left w:val="single" w:sz="5" w:color="B7C3D0"/>
                    <w:bottom w:val="single" w:sz="5" w:color="B7C3D0"/>
                    <w:right w:val="single" w:sz="5" w:color="B7C3D0"/>
                  </w:tcBorders>
                </w:tcPr>
                <w:p>
                  <w:r>
                    <w:rPr>
                      <w:rFonts w:ascii="NanumBarunGothic" w:hAnsi="NanumBarunGothic" w:eastAsia="NanumBarunGothic"/>
                      <w:b/>
                      <w:color w:val="17365D"/>
                      <w:sz w:val="18"/>
                    </w:rPr>
                    <w:t>사업 추진 배경</w:t>
                    <w:br/>
                  </w:r>
                  <w:r>
                    <w:rPr>
                      <w:rFonts w:ascii="NanumBarunGothic" w:hAnsi="NanumBarunGothic" w:eastAsia="NanumBarunGothic"/>
                      <w:b w:val="0"/>
                      <w:color w:val="A0A0A0"/>
                      <w:sz w:val="17"/>
                    </w:rPr>
                    <w:t>________________________________</w:t>
                  </w:r>
                </w:p>
              </w:tc>
            </w:tr>
            <w:tr>
              <w:trPr>
                <w:trHeight w:val="1304" w:hRule="exact"/>
              </w:trPr>
              <w:tc>
                <w:tcPr>
                  <w:tcW w:type="dxa" w:w="5244"/>
                  <w:tcMar>
                    <w:top w:w="100" w:type="dxa"/>
                    <w:start w:w="120" w:type="dxa"/>
                    <w:bottom w:w="100" w:type="dxa"/>
                    <w:end w:w="120" w:type="dxa"/>
                  </w:tcMar>
                  <w:tcBorders>
                    <w:top w:val="single" w:sz="5" w:color="B7C3D0"/>
                    <w:left w:val="single" w:sz="5" w:color="B7C3D0"/>
                    <w:bottom w:val="single" w:sz="5" w:color="B7C3D0"/>
                    <w:right w:val="single" w:sz="5" w:color="B7C3D0"/>
                  </w:tcBorders>
                </w:tcPr>
                <w:p>
                  <w:r>
                    <w:rPr>
                      <w:rFonts w:ascii="NanumBarunGothic" w:hAnsi="NanumBarunGothic" w:eastAsia="NanumBarunGothic"/>
                      <w:b/>
                      <w:color w:val="17365D"/>
                      <w:sz w:val="18"/>
                    </w:rPr>
                    <w:t>연구·데이터에서 발견한 특징</w:t>
                    <w:br/>
                  </w:r>
                  <w:r>
                    <w:rPr>
                      <w:rFonts w:ascii="NanumBarunGothic" w:hAnsi="NanumBarunGothic" w:eastAsia="NanumBarunGothic"/>
                      <w:b w:val="0"/>
                      <w:color w:val="A0A0A0"/>
                      <w:sz w:val="17"/>
                    </w:rPr>
                    <w:t>________________________________</w:t>
                  </w:r>
                </w:p>
              </w:tc>
            </w:tr>
            <w:tr>
              <w:trPr>
                <w:trHeight w:val="1134" w:hRule="exact"/>
              </w:trPr>
              <w:tc>
                <w:tcPr>
                  <w:tcW w:type="dxa" w:w="5244"/>
                  <w:tcMar>
                    <w:top w:w="100" w:type="dxa"/>
                    <w:start w:w="120" w:type="dxa"/>
                    <w:bottom w:w="100" w:type="dxa"/>
                    <w:end w:w="120" w:type="dxa"/>
                  </w:tcMar>
                  <w:tcBorders>
                    <w:top w:val="single" w:sz="5" w:color="B7C3D0"/>
                    <w:left w:val="single" w:sz="5" w:color="B7C3D0"/>
                    <w:bottom w:val="single" w:sz="5" w:color="B7C3D0"/>
                    <w:right w:val="single" w:sz="5" w:color="B7C3D0"/>
                  </w:tcBorders>
                </w:tcPr>
                <w:p>
                  <w:r>
                    <w:rPr>
                      <w:rFonts w:ascii="NanumBarunGothic" w:hAnsi="NanumBarunGothic" w:eastAsia="NanumBarunGothic"/>
                      <w:b/>
                      <w:color w:val="17365D"/>
                      <w:sz w:val="18"/>
                    </w:rPr>
                    <w:t>스마트관광이 필요한 이유</w:t>
                    <w:br/>
                  </w:r>
                  <w:r>
                    <w:rPr>
                      <w:rFonts w:ascii="NanumBarunGothic" w:hAnsi="NanumBarunGothic" w:eastAsia="NanumBarunGothic"/>
                      <w:b w:val="0"/>
                      <w:color w:val="A0A0A0"/>
                      <w:sz w:val="17"/>
                    </w:rPr>
                    <w:t>________________________________</w:t>
                  </w:r>
                </w:p>
              </w:tc>
            </w:tr>
            <w:tr>
              <w:trPr>
                <w:trHeight w:val="680" w:hRule="exact"/>
              </w:trPr>
              <w:tc>
                <w:tcPr>
                  <w:tcW w:type="dxa" w:w="5244"/>
                  <w:tcMar>
                    <w:top w:w="100" w:type="dxa"/>
                    <w:start w:w="120" w:type="dxa"/>
                    <w:bottom w:w="100" w:type="dxa"/>
                    <w:end w:w="120" w:type="dxa"/>
                  </w:tcMar>
                  <w:tcBorders>
                    <w:top w:val="single" w:sz="5" w:color="B7C3D0"/>
                    <w:left w:val="single" w:sz="5" w:color="B7C3D0"/>
                    <w:bottom w:val="single" w:sz="5" w:color="B7C3D0"/>
                    <w:right w:val="single" w:sz="5" w:color="B7C3D0"/>
                  </w:tcBorders>
                </w:tcPr>
                <w:p>
                  <w:r>
                    <w:rPr>
                      <w:rFonts w:ascii="NanumBarunGothic" w:hAnsi="NanumBarunGothic" w:eastAsia="NanumBarunGothic"/>
                      <w:b/>
                      <w:color w:val="17365D"/>
                      <w:sz w:val="18"/>
                    </w:rPr>
                    <w:t>근거 자료 / 보고서</w:t>
                    <w:br/>
                  </w:r>
                  <w:r>
                    <w:rPr>
                      <w:rFonts w:ascii="NanumBarunGothic" w:hAnsi="NanumBarunGothic" w:eastAsia="NanumBarunGothic"/>
                      <w:b w:val="0"/>
                      <w:color w:val="A0A0A0"/>
                      <w:sz w:val="17"/>
                    </w:rPr>
                    <w:t>________________________________</w:t>
                  </w:r>
                </w:p>
              </w:tc>
            </w:tr>
          </w:tbl>
          <w:p/>
          <w:p>
            <w:pPr>
              <w:spacing w:before="100" w:after="40"/>
            </w:pPr>
            <w:r>
              <w:rPr>
                <w:rFonts w:ascii="NanumBarunGothic" w:hAnsi="NanumBarunGothic" w:eastAsia="NanumBarunGothic"/>
                <w:b/>
                <w:color w:val="17365D"/>
                <w:sz w:val="19"/>
              </w:rPr>
              <w:t>핵심 연결</w:t>
            </w:r>
          </w:p>
          <w:tbl>
            <w:tblPr>
              <w:tblW w:type="auto" w:w="0"/>
              <w:tblLook w:firstColumn="1" w:firstRow="1" w:lastColumn="0" w:lastRow="0" w:noHBand="0" w:noVBand="1" w:val="04A0"/>
            </w:tblPr>
            <w:tblGrid>
              <w:gridCol w:w="5244"/>
            </w:tblGrid>
            <w:tr>
              <w:trPr>
                <w:trHeight w:val="680" w:hRule="exact"/>
              </w:trPr>
              <w:tc>
                <w:tcPr>
                  <w:tcW w:type="dxa" w:w="5244"/>
                  <w:shd w:fill="FFF9E8"/>
                  <w:tcBorders>
                    <w:top w:val="single" w:sz="5" w:color="D6B656"/>
                    <w:left w:val="single" w:sz="5" w:color="D6B656"/>
                    <w:bottom w:val="single" w:sz="5" w:color="D6B656"/>
                    <w:right w:val="single" w:sz="5" w:color="D6B656"/>
                  </w:tcBorders>
                </w:tcPr>
                <w:p>
                  <w:pPr>
                    <w:jc w:val="center"/>
                  </w:pPr>
                  <w:r>
                    <w:rPr>
                      <w:rFonts w:ascii="NanumBarunGothic" w:hAnsi="NanumBarunGothic" w:eastAsia="NanumBarunGothic"/>
                      <w:b/>
                      <w:color w:val="17365D"/>
                      <w:sz w:val="17"/>
                    </w:rPr>
                    <w:t>문제 : ________________________________</w:t>
                  </w:r>
                </w:p>
              </w:tc>
            </w:tr>
            <w:tr>
              <w:trPr>
                <w:trHeight w:val="510" w:hRule="exact"/>
              </w:trPr>
              <w:tc>
                <w:tcPr>
                  <w:tcW w:type="dxa" w:w="5244"/>
                  <w:shd w:fill="FFFFFF"/>
                  <w:tcBorders>
                    <w:top w:val="nil" w:sz="5" w:color="D6B656"/>
                    <w:left w:val="nil" w:sz="5" w:color="D6B656"/>
                    <w:bottom w:val="nil" w:sz="5" w:color="D6B656"/>
                    <w:right w:val="nil" w:sz="5" w:color="D6B656"/>
                  </w:tcBorders>
                </w:tcPr>
                <w:p>
                  <w:pPr>
                    <w:jc w:val="center"/>
                  </w:pPr>
                  <w:r>
                    <w:rPr>
                      <w:rFonts w:ascii="NanumBarunGothic" w:hAnsi="NanumBarunGothic" w:eastAsia="NanumBarunGothic"/>
                      <w:b w:val="0"/>
                      <w:color w:val="7D8794"/>
                      <w:sz w:val="17"/>
                    </w:rPr>
                    <w:t>↓  스마트관광으로 해결</w:t>
                  </w:r>
                </w:p>
              </w:tc>
            </w:tr>
            <w:tr>
              <w:trPr>
                <w:trHeight w:val="680" w:hRule="exact"/>
              </w:trPr>
              <w:tc>
                <w:tcPr>
                  <w:tcW w:type="dxa" w:w="5244"/>
                  <w:shd w:fill="FFF9E8"/>
                  <w:tcBorders>
                    <w:top w:val="single" w:sz="5" w:color="D6B656"/>
                    <w:left w:val="single" w:sz="5" w:color="D6B656"/>
                    <w:bottom w:val="single" w:sz="5" w:color="D6B656"/>
                    <w:right w:val="single" w:sz="5" w:color="D6B656"/>
                  </w:tcBorders>
                </w:tcPr>
                <w:p>
                  <w:pPr>
                    <w:jc w:val="center"/>
                  </w:pPr>
                  <w:r>
                    <w:rPr>
                      <w:rFonts w:ascii="NanumBarunGothic" w:hAnsi="NanumBarunGothic" w:eastAsia="NanumBarunGothic"/>
                      <w:b/>
                      <w:color w:val="17365D"/>
                      <w:sz w:val="17"/>
                    </w:rPr>
                    <w:t>해결 방식 : ____________________________</w:t>
                  </w:r>
                </w:p>
              </w:tc>
            </w:tr>
          </w:tbl>
          <w:p/>
        </w:tc>
      </w:tr>
    </w:tbl>
    <w:p>
      <w:pPr>
        <w:spacing w:before="100" w:after="40"/>
      </w:pPr>
      <w:r>
        <w:rPr>
          <w:rFonts w:ascii="NanumBarunGothic" w:hAnsi="NanumBarunGothic" w:eastAsia="NanumBarunGothic"/>
          <w:b/>
          <w:color w:val="17365D"/>
          <w:sz w:val="20"/>
        </w:rPr>
        <w:t>★ 핵심 질문  “왜 이 도시에 이 서비스가 필요했는가?”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546"/>
      </w:tblGrid>
      <w:tr>
        <w:trPr>
          <w:trHeight w:val="1247" w:hRule="exact"/>
        </w:trPr>
        <w:tc>
          <w:tcPr>
            <w:tcW w:type="dxa" w:w="10546"/>
            <w:tcMar>
              <w:top w:w="120" w:type="dxa"/>
              <w:start w:w="140" w:type="dxa"/>
              <w:bottom w:w="120" w:type="dxa"/>
              <w:end w:w="140" w:type="dxa"/>
            </w:tcMar>
            <w:shd w:fill="F7F9FC"/>
            <w:tcBorders>
              <w:top w:val="single" w:sz="6" w:color="B7C3D0"/>
              <w:left w:val="single" w:sz="6" w:color="B7C3D0"/>
              <w:bottom w:val="single" w:sz="6" w:color="B7C3D0"/>
              <w:right w:val="single" w:sz="6" w:color="B7C3D0"/>
            </w:tcBorders>
          </w:tcPr>
          <w:p>
            <w:pPr>
              <w:spacing w:before="0" w:after="0"/>
            </w:pPr>
            <w:r/>
            <w:r>
              <w:rPr>
                <w:rFonts w:ascii="NanumBarunGothic" w:hAnsi="NanumBarunGothic" w:eastAsia="NanumBarunGothic"/>
                <w:b w:val="0"/>
                <w:i/>
                <w:color w:val="8A8A8A"/>
                <w:sz w:val="18"/>
              </w:rPr>
              <w:t>문제와 서비스가 어떻게 연결되는지 1~2문장으로 작성하세요.</w:t>
            </w:r>
          </w:p>
          <w:p>
            <w:pPr>
              <w:spacing w:before="0" w:after="0"/>
            </w:pPr>
            <w:r>
              <w:rPr>
                <w:rFonts w:ascii="NanumBarunGothic" w:hAnsi="NanumBarunGothic" w:eastAsia="NanumBarunGothic"/>
                <w:b w:val="0"/>
                <w:color w:val="B5B5B5"/>
                <w:sz w:val="18"/>
              </w:rPr>
              <w:t>________________________________________________________________</w:t>
            </w:r>
          </w:p>
        </w:tc>
      </w:tr>
    </w:tbl>
    <w:p>
      <w:r>
        <w:br w:type="page"/>
      </w:r>
    </w:p>
    <w:p>
      <w:pPr>
        <w:spacing w:after="40"/>
        <w:jc w:val="left"/>
      </w:pPr>
      <w:r>
        <w:rPr>
          <w:rFonts w:ascii="NanumBarunGothic" w:hAnsi="NanumBarunGothic" w:eastAsia="NanumBarunGothic"/>
          <w:b/>
          <w:color w:val="6B7280"/>
          <w:sz w:val="18"/>
        </w:rPr>
        <w:t>과제 1  |  SMART TOURISM CITY  |  3/3</w:t>
      </w:r>
    </w:p>
    <w:p>
      <w:pPr>
        <w:spacing w:before="0" w:after="20"/>
      </w:pPr>
      <w:r>
        <w:rPr>
          <w:rFonts w:ascii="NanumBarunGothic" w:hAnsi="NanumBarunGothic" w:eastAsia="NanumBarunGothic"/>
          <w:b/>
          <w:color w:val="17365D"/>
          <w:sz w:val="38"/>
        </w:rPr>
        <w:t>PROMOTION + 종합평가</w:t>
      </w:r>
    </w:p>
    <w:p>
      <w:pPr>
        <w:spacing w:before="0" w:after="100"/>
      </w:pPr>
      <w:r>
        <w:rPr>
          <w:rFonts w:ascii="NanumBarunGothic" w:hAnsi="NanumBarunGothic" w:eastAsia="NanumBarunGothic"/>
          <w:b w:val="0"/>
          <w:color w:val="4B5563"/>
          <w:sz w:val="21"/>
        </w:rPr>
        <w:t>COMMUNICATION + EVALUATION — 어떻게 알렸고, 나는 어떻게 평가하는가?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c>
          <w:tcPr>
            <w:tcW w:type="dxa" w:w="3515"/>
            <w:shd w:fill="F3F6FA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B7C3D0"/>
              <w:left w:val="single" w:sz="6" w:color="B7C3D0"/>
              <w:bottom w:val="single" w:sz="6" w:color="B7C3D0"/>
              <w:right w:val="single" w:sz="6" w:color="B7C3D0"/>
            </w:tcBorders>
          </w:tcPr>
          <w:p>
            <w:r>
              <w:rPr>
                <w:rFonts w:ascii="NanumBarunGothic" w:hAnsi="NanumBarunGothic" w:eastAsia="NanumBarunGothic"/>
                <w:b/>
                <w:color w:val="17365D"/>
                <w:sz w:val="19"/>
              </w:rPr>
              <w:t xml:space="preserve">도시명 : </w:t>
            </w:r>
            <w:r>
              <w:rPr>
                <w:rFonts w:ascii="NanumBarunGothic" w:hAnsi="NanumBarunGothic" w:eastAsia="NanumBarunGothic"/>
                <w:b w:val="0"/>
                <w:color w:val="777777"/>
                <w:sz w:val="19"/>
              </w:rPr>
              <w:t>________________</w:t>
            </w:r>
          </w:p>
        </w:tc>
        <w:tc>
          <w:tcPr>
            <w:tcW w:type="dxa" w:w="3515"/>
            <w:shd w:fill="F3F6FA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B7C3D0"/>
              <w:left w:val="single" w:sz="6" w:color="B7C3D0"/>
              <w:bottom w:val="single" w:sz="6" w:color="B7C3D0"/>
              <w:right w:val="single" w:sz="6" w:color="B7C3D0"/>
            </w:tcBorders>
          </w:tcPr>
          <w:p>
            <w:r>
              <w:rPr>
                <w:rFonts w:ascii="NanumBarunGothic" w:hAnsi="NanumBarunGothic" w:eastAsia="NanumBarunGothic"/>
                <w:b/>
                <w:color w:val="17365D"/>
                <w:sz w:val="19"/>
              </w:rPr>
              <w:t xml:space="preserve">학번 : </w:t>
            </w:r>
            <w:r>
              <w:rPr>
                <w:rFonts w:ascii="NanumBarunGothic" w:hAnsi="NanumBarunGothic" w:eastAsia="NanumBarunGothic"/>
                <w:b w:val="0"/>
                <w:color w:val="777777"/>
                <w:sz w:val="19"/>
              </w:rPr>
              <w:t>________________</w:t>
            </w:r>
          </w:p>
        </w:tc>
        <w:tc>
          <w:tcPr>
            <w:tcW w:type="dxa" w:w="3515"/>
            <w:shd w:fill="F3F6FA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B7C3D0"/>
              <w:left w:val="single" w:sz="6" w:color="B7C3D0"/>
              <w:bottom w:val="single" w:sz="6" w:color="B7C3D0"/>
              <w:right w:val="single" w:sz="6" w:color="B7C3D0"/>
            </w:tcBorders>
          </w:tcPr>
          <w:p>
            <w:r>
              <w:rPr>
                <w:rFonts w:ascii="NanumBarunGothic" w:hAnsi="NanumBarunGothic" w:eastAsia="NanumBarunGothic"/>
                <w:b/>
                <w:color w:val="17365D"/>
                <w:sz w:val="19"/>
              </w:rPr>
              <w:t xml:space="preserve">이름 : </w:t>
            </w:r>
            <w:r>
              <w:rPr>
                <w:rFonts w:ascii="NanumBarunGothic" w:hAnsi="NanumBarunGothic" w:eastAsia="NanumBarunGothic"/>
                <w:b w:val="0"/>
                <w:color w:val="777777"/>
                <w:sz w:val="19"/>
              </w:rPr>
              <w:t>________________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c>
          <w:tcPr>
            <w:tcW w:type="dxa" w:w="10545"/>
            <w:shd w:fill="17365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NanumBarunGothic" w:hAnsi="NanumBarunGothic" w:eastAsia="NanumBarunGothic"/>
                <w:b/>
                <w:color w:val="FFFFFF"/>
                <w:sz w:val="22"/>
              </w:rPr>
              <w:t>③  PROMOTION</w:t>
            </w:r>
            <w:r>
              <w:rPr>
                <w:rFonts w:ascii="NanumBarunGothic" w:hAnsi="NanumBarunGothic" w:eastAsia="NanumBarunGothic"/>
                <w:b w:val="0"/>
                <w:color w:val="FFFFFF"/>
                <w:sz w:val="21"/>
              </w:rPr>
              <w:t xml:space="preserve">   어떻게 알렸나?</w:t>
            </w:r>
            <w:r>
              <w:rPr>
                <w:rFonts w:ascii="NanumBarunGothic" w:hAnsi="NanumBarunGothic" w:eastAsia="NanumBarunGothic"/>
                <w:b w:val="0"/>
                <w:color w:val="DCE6F1"/>
                <w:sz w:val="17"/>
              </w:rPr>
              <w:t xml:space="preserve">   |   관광객에게 서비스를 어떻게 전달했는가?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trHeight w:val="623" w:hRule="exact"/>
        </w:trPr>
        <w:tc>
          <w:tcPr>
            <w:tcW w:type="dxa" w:w="2551"/>
            <w:shd w:fill="EAF0F7"/>
            <w:vAlign w:val="center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NanumBarunGothic" w:hAnsi="NanumBarunGothic" w:eastAsia="NanumBarunGothic"/>
                <w:b/>
                <w:color w:val="17365D"/>
                <w:sz w:val="19"/>
              </w:rPr>
              <w:t>주요 홍보 채널</w:t>
            </w:r>
          </w:p>
        </w:tc>
        <w:tc>
          <w:tcPr>
            <w:tcW w:type="dxa" w:w="799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0" w:after="0"/>
            </w:pPr>
            <w:r/>
            <w:r>
              <w:rPr>
                <w:rFonts w:ascii="NanumBarunGothic" w:hAnsi="NanumBarunGothic" w:eastAsia="NanumBarunGothic"/>
                <w:b w:val="0"/>
                <w:i/>
                <w:color w:val="9A9A9A"/>
                <w:sz w:val="18"/>
              </w:rPr>
              <w:t>예: YouTube / Instagram / 홈페이지 / 언론 / 캐릭터</w:t>
            </w:r>
          </w:p>
        </w:tc>
      </w:tr>
      <w:tr>
        <w:trPr>
          <w:trHeight w:val="737" w:hRule="exact"/>
        </w:trPr>
        <w:tc>
          <w:tcPr>
            <w:tcW w:type="dxa" w:w="2551"/>
            <w:shd w:fill="EAF0F7"/>
            <w:vAlign w:val="center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NanumBarunGothic" w:hAnsi="NanumBarunGothic" w:eastAsia="NanumBarunGothic"/>
                <w:b/>
                <w:color w:val="17365D"/>
                <w:sz w:val="19"/>
              </w:rPr>
              <w:t>대표 콘텐츠</w:t>
            </w:r>
          </w:p>
        </w:tc>
        <w:tc>
          <w:tcPr>
            <w:tcW w:type="dxa" w:w="799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0" w:after="0"/>
            </w:pPr>
            <w:r/>
            <w:r>
              <w:rPr>
                <w:rFonts w:ascii="NanumBarunGothic" w:hAnsi="NanumBarunGothic" w:eastAsia="NanumBarunGothic"/>
                <w:b w:val="0"/>
                <w:i/>
                <w:color w:val="9A9A9A"/>
                <w:sz w:val="18"/>
              </w:rPr>
              <w:t>영상·캠페인·이벤트·홍보물 등</w:t>
            </w:r>
          </w:p>
        </w:tc>
      </w:tr>
      <w:tr>
        <w:trPr>
          <w:trHeight w:val="850" w:hRule="exact"/>
        </w:trPr>
        <w:tc>
          <w:tcPr>
            <w:tcW w:type="dxa" w:w="2551"/>
            <w:shd w:fill="EAF0F7"/>
            <w:vAlign w:val="center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NanumBarunGothic" w:hAnsi="NanumBarunGothic" w:eastAsia="NanumBarunGothic"/>
                <w:b/>
                <w:color w:val="17365D"/>
                <w:sz w:val="19"/>
              </w:rPr>
              <w:t>핵심 홍보 메시지</w:t>
            </w:r>
          </w:p>
        </w:tc>
        <w:tc>
          <w:tcPr>
            <w:tcW w:type="dxa" w:w="799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0" w:after="0"/>
            </w:pPr>
            <w:r/>
            <w:r>
              <w:rPr>
                <w:rFonts w:ascii="NanumBarunGothic" w:hAnsi="NanumBarunGothic" w:eastAsia="NanumBarunGothic"/>
                <w:b w:val="0"/>
                <w:i/>
                <w:color w:val="9A9A9A"/>
                <w:sz w:val="18"/>
              </w:rPr>
              <w:t>관광객에게 무엇을 강조했는가?</w:t>
            </w:r>
          </w:p>
        </w:tc>
      </w:tr>
      <w:tr>
        <w:trPr>
          <w:trHeight w:val="623" w:hRule="exact"/>
        </w:trPr>
        <w:tc>
          <w:tcPr>
            <w:tcW w:type="dxa" w:w="2551"/>
            <w:shd w:fill="EAF0F7"/>
            <w:vAlign w:val="center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NanumBarunGothic" w:hAnsi="NanumBarunGothic" w:eastAsia="NanumBarunGothic"/>
                <w:b/>
                <w:color w:val="17365D"/>
                <w:sz w:val="19"/>
              </w:rPr>
              <w:t>주요 홍보 대상</w:t>
            </w:r>
          </w:p>
        </w:tc>
        <w:tc>
          <w:tcPr>
            <w:tcW w:type="dxa" w:w="799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0" w:after="0"/>
            </w:pPr>
            <w:r/>
            <w:r>
              <w:rPr>
                <w:rFonts w:ascii="NanumBarunGothic" w:hAnsi="NanumBarunGothic" w:eastAsia="NanumBarunGothic"/>
                <w:b w:val="0"/>
                <w:i/>
                <w:color w:val="9A9A9A"/>
                <w:sz w:val="18"/>
              </w:rPr>
              <w:t>예: 가족 / 청년 / 외국인 / 지역주민</w:t>
            </w:r>
          </w:p>
        </w:tc>
      </w:tr>
      <w:tr>
        <w:trPr>
          <w:trHeight w:val="850" w:hRule="exact"/>
        </w:trPr>
        <w:tc>
          <w:tcPr>
            <w:tcW w:type="dxa" w:w="2551"/>
            <w:shd w:fill="EAF0F7"/>
            <w:vAlign w:val="center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NanumBarunGothic" w:hAnsi="NanumBarunGothic" w:eastAsia="NanumBarunGothic"/>
                <w:b/>
                <w:color w:val="17365D"/>
                <w:sz w:val="19"/>
              </w:rPr>
              <w:t>가장 눈에 띄는 홍보 방식</w:t>
            </w:r>
          </w:p>
        </w:tc>
        <w:tc>
          <w:tcPr>
            <w:tcW w:type="dxa" w:w="799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0" w:after="0"/>
            </w:pPr>
            <w:r/>
            <w:r>
              <w:rPr>
                <w:rFonts w:ascii="NanumBarunGothic" w:hAnsi="NanumBarunGothic" w:eastAsia="NanumBarunGothic"/>
                <w:b w:val="0"/>
                <w:i/>
                <w:color w:val="9A9A9A"/>
                <w:sz w:val="18"/>
              </w:rPr>
              <w:t>왜 눈에 띄었는지도 간단히 작성</w:t>
            </w:r>
          </w:p>
        </w:tc>
      </w:tr>
      <w:tr>
        <w:trPr>
          <w:trHeight w:val="623" w:hRule="exact"/>
        </w:trPr>
        <w:tc>
          <w:tcPr>
            <w:tcW w:type="dxa" w:w="2551"/>
            <w:shd w:fill="EAF0F7"/>
            <w:vAlign w:val="center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NanumBarunGothic" w:hAnsi="NanumBarunGothic" w:eastAsia="NanumBarunGothic"/>
                <w:b/>
                <w:color w:val="17365D"/>
                <w:sz w:val="19"/>
              </w:rPr>
              <w:t>근거 링크</w:t>
            </w:r>
          </w:p>
        </w:tc>
        <w:tc>
          <w:tcPr>
            <w:tcW w:type="dxa" w:w="799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vAlign w:val="center"/>
          </w:tcPr>
          <w:p>
            <w:pPr>
              <w:spacing w:before="0" w:after="0"/>
            </w:pPr>
            <w:r/>
            <w:r>
              <w:rPr>
                <w:rFonts w:ascii="NanumBarunGothic" w:hAnsi="NanumBarunGothic" w:eastAsia="NanumBarunGothic"/>
                <w:b w:val="0"/>
                <w:i/>
                <w:color w:val="9A9A9A"/>
                <w:sz w:val="18"/>
              </w:rPr>
              <w:t>영상·SNS·기사 URL</w:t>
            </w:r>
          </w:p>
        </w:tc>
      </w:tr>
    </w:tbl>
    <w:p>
      <w:pPr>
        <w:spacing w:before="100" w:after="40"/>
      </w:pPr>
      <w:r>
        <w:rPr>
          <w:rFonts w:ascii="NanumBarunGothic" w:hAnsi="NanumBarunGothic" w:eastAsia="NanumBarunGothic"/>
          <w:b/>
          <w:color w:val="17365D"/>
          <w:sz w:val="21"/>
        </w:rPr>
        <w:t>대표 홍보물 / 콘텐츠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trHeight w:val="1814" w:hRule="exact"/>
        </w:trPr>
        <w:tc>
          <w:tcPr>
            <w:tcW w:type="dxa" w:w="527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dashed" w:sz="6" w:color="9AA7B5"/>
              <w:left w:val="dashed" w:sz="6" w:color="9AA7B5"/>
              <w:bottom w:val="dashed" w:sz="6" w:color="9AA7B5"/>
              <w:right w:val="dashed" w:sz="6" w:color="9AA7B5"/>
            </w:tcBorders>
            <w:vAlign w:val="center"/>
          </w:tcPr>
          <w:p>
            <w:pPr>
              <w:jc w:val="center"/>
            </w:pPr>
            <w:r>
              <w:rPr>
                <w:rFonts w:ascii="NanumBarunGothic" w:hAnsi="NanumBarunGothic" w:eastAsia="NanumBarunGothic"/>
                <w:b w:val="0"/>
                <w:color w:val="8A8A8A"/>
                <w:sz w:val="18"/>
              </w:rPr>
              <w:t>홍보 이미지·캡처 붙이는 곳</w:t>
            </w:r>
          </w:p>
        </w:tc>
        <w:tc>
          <w:tcPr>
            <w:tcW w:type="dxa" w:w="527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dashed" w:sz="6" w:color="9AA7B5"/>
              <w:left w:val="dashed" w:sz="6" w:color="9AA7B5"/>
              <w:bottom w:val="dashed" w:sz="6" w:color="9AA7B5"/>
              <w:right w:val="dashed" w:sz="6" w:color="9AA7B5"/>
            </w:tcBorders>
            <w:vAlign w:val="center"/>
          </w:tcPr>
          <w:p>
            <w:pPr>
              <w:jc w:val="center"/>
            </w:pPr>
            <w:r>
              <w:rPr>
                <w:rFonts w:ascii="NanumBarunGothic" w:hAnsi="NanumBarunGothic" w:eastAsia="NanumBarunGothic"/>
                <w:b w:val="0"/>
                <w:color w:val="8A8A8A"/>
                <w:sz w:val="18"/>
              </w:rPr>
              <w:t>홍보 이미지·캡처 붙이는 곳</w:t>
            </w:r>
          </w:p>
        </w:tc>
      </w:tr>
    </w:tbl>
    <w:p>
      <w:pPr>
        <w:spacing w:before="100" w:after="40"/>
      </w:pPr>
      <w:r>
        <w:rPr>
          <w:rFonts w:ascii="NanumBarunGothic" w:hAnsi="NanumBarunGothic" w:eastAsia="NanumBarunGothic"/>
          <w:b/>
          <w:color w:val="17365D"/>
          <w:sz w:val="21"/>
        </w:rPr>
        <w:t>★ 종합평가 — 자료를 찾은 뒤 자신의 판단을 작성하세요.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trHeight w:val="1190" w:hRule="exact"/>
        </w:trPr>
        <w:tc>
          <w:tcPr>
            <w:tcW w:type="dxa" w:w="4082"/>
            <w:shd w:fill="EAF0F7"/>
            <w:vAlign w:val="center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NanumBarunGothic" w:hAnsi="NanumBarunGothic" w:eastAsia="NanumBarunGothic"/>
                <w:b/>
                <w:color w:val="17365D"/>
                <w:sz w:val="19"/>
              </w:rPr>
              <w:t>1. 이 도시에서 가장 잘한 점은?</w:t>
            </w:r>
          </w:p>
        </w:tc>
        <w:tc>
          <w:tcPr>
            <w:tcW w:type="dxa" w:w="6463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/>
            </w:pPr>
            <w:r/>
          </w:p>
          <w:p>
            <w:pPr>
              <w:spacing w:before="0" w:after="0"/>
            </w:pPr>
            <w:r>
              <w:rPr>
                <w:rFonts w:ascii="NanumBarunGothic" w:hAnsi="NanumBarunGothic" w:eastAsia="NanumBarunGothic"/>
                <w:b w:val="0"/>
                <w:color w:val="B5B5B5"/>
                <w:sz w:val="18"/>
              </w:rPr>
              <w:t>________________________________________________________________</w:t>
            </w:r>
          </w:p>
        </w:tc>
      </w:tr>
      <w:tr>
        <w:trPr>
          <w:trHeight w:val="1190" w:hRule="exact"/>
        </w:trPr>
        <w:tc>
          <w:tcPr>
            <w:tcW w:type="dxa" w:w="4082"/>
            <w:shd w:fill="EAF0F7"/>
            <w:vAlign w:val="center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NanumBarunGothic" w:hAnsi="NanumBarunGothic" w:eastAsia="NanumBarunGothic"/>
                <w:b/>
                <w:color w:val="17365D"/>
                <w:sz w:val="19"/>
              </w:rPr>
              <w:t>2. 다른 스마트관광도시와 다른 점은?</w:t>
            </w:r>
          </w:p>
        </w:tc>
        <w:tc>
          <w:tcPr>
            <w:tcW w:type="dxa" w:w="6463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/>
            </w:pPr>
            <w:r/>
          </w:p>
          <w:p>
            <w:pPr>
              <w:spacing w:before="0" w:after="0"/>
            </w:pPr>
            <w:r>
              <w:rPr>
                <w:rFonts w:ascii="NanumBarunGothic" w:hAnsi="NanumBarunGothic" w:eastAsia="NanumBarunGothic"/>
                <w:b w:val="0"/>
                <w:color w:val="B5B5B5"/>
                <w:sz w:val="18"/>
              </w:rPr>
              <w:t>________________________________________________________________</w:t>
            </w:r>
          </w:p>
        </w:tc>
      </w:tr>
      <w:tr>
        <w:trPr>
          <w:trHeight w:val="1190" w:hRule="exact"/>
        </w:trPr>
        <w:tc>
          <w:tcPr>
            <w:tcW w:type="dxa" w:w="4082"/>
            <w:shd w:fill="EAF0F7"/>
            <w:vAlign w:val="center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NanumBarunGothic" w:hAnsi="NanumBarunGothic" w:eastAsia="NanumBarunGothic"/>
                <w:b/>
                <w:color w:val="17365D"/>
                <w:sz w:val="19"/>
              </w:rPr>
              <w:t>3. 아쉬운 점 또는 개선할 점은?</w:t>
            </w:r>
          </w:p>
        </w:tc>
        <w:tc>
          <w:tcPr>
            <w:tcW w:type="dxa" w:w="6463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/>
            </w:pPr>
            <w:r/>
          </w:p>
          <w:p>
            <w:pPr>
              <w:spacing w:before="0" w:after="0"/>
            </w:pPr>
            <w:r>
              <w:rPr>
                <w:rFonts w:ascii="NanumBarunGothic" w:hAnsi="NanumBarunGothic" w:eastAsia="NanumBarunGothic"/>
                <w:b w:val="0"/>
                <w:color w:val="B5B5B5"/>
                <w:sz w:val="18"/>
              </w:rPr>
              <w:t>________________________________________________________________</w:t>
            </w:r>
          </w:p>
        </w:tc>
      </w:tr>
      <w:tr>
        <w:trPr>
          <w:trHeight w:val="1190" w:hRule="exact"/>
        </w:trPr>
        <w:tc>
          <w:tcPr>
            <w:tcW w:type="dxa" w:w="4082"/>
            <w:shd w:fill="EAF0F7"/>
            <w:vAlign w:val="center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NanumBarunGothic" w:hAnsi="NanumBarunGothic" w:eastAsia="NanumBarunGothic"/>
                <w:b/>
                <w:color w:val="17365D"/>
                <w:sz w:val="19"/>
              </w:rPr>
              <w:t>4. 우리 지역에 적용한다면 가져오고 싶은 서비스는?</w:t>
            </w:r>
          </w:p>
        </w:tc>
        <w:tc>
          <w:tcPr>
            <w:tcW w:type="dxa" w:w="6463"/>
            <w:tcBorders>
              <w:top w:val="single" w:sz="5" w:color="B7C3D0"/>
              <w:left w:val="single" w:sz="5" w:color="B7C3D0"/>
              <w:bottom w:val="single" w:sz="5" w:color="B7C3D0"/>
              <w:right w:val="single" w:sz="5" w:color="B7C3D0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/>
            </w:pPr>
            <w:r/>
          </w:p>
          <w:p>
            <w:pPr>
              <w:spacing w:before="0" w:after="0"/>
            </w:pPr>
            <w:r>
              <w:rPr>
                <w:rFonts w:ascii="NanumBarunGothic" w:hAnsi="NanumBarunGothic" w:eastAsia="NanumBarunGothic"/>
                <w:b w:val="0"/>
                <w:color w:val="B5B5B5"/>
                <w:sz w:val="18"/>
              </w:rPr>
              <w:t>________________________________________________________________</w:t>
            </w:r>
          </w:p>
        </w:tc>
      </w:tr>
    </w:tbl>
    <w:p>
      <w:pPr>
        <w:spacing w:before="80" w:after="20"/>
      </w:pPr>
      <w:r>
        <w:rPr>
          <w:rFonts w:ascii="NanumBarunGothic" w:hAnsi="NanumBarunGothic" w:eastAsia="NanumBarunGothic"/>
          <w:b/>
          <w:color w:val="17365D"/>
          <w:sz w:val="19"/>
        </w:rPr>
        <w:t>출처 정리</w:t>
      </w:r>
    </w:p>
    <w:p>
      <w:pPr>
        <w:spacing w:after="0"/>
      </w:pPr>
      <w:r>
        <w:rPr>
          <w:rFonts w:ascii="NanumBarunGothic" w:hAnsi="NanumBarunGothic" w:eastAsia="NanumBarunGothic"/>
          <w:b/>
          <w:color w:val="17365D"/>
          <w:sz w:val="17"/>
        </w:rPr>
        <w:t xml:space="preserve">1. </w:t>
      </w:r>
      <w:r>
        <w:rPr>
          <w:rFonts w:ascii="NanumBarunGothic" w:hAnsi="NanumBarunGothic" w:eastAsia="NanumBarunGothic"/>
          <w:b w:val="0"/>
          <w:color w:val="888888"/>
          <w:sz w:val="17"/>
        </w:rPr>
        <w:t>________________________________________________________________________________</w:t>
      </w:r>
    </w:p>
    <w:p>
      <w:pPr>
        <w:spacing w:after="0"/>
      </w:pPr>
      <w:r>
        <w:rPr>
          <w:rFonts w:ascii="NanumBarunGothic" w:hAnsi="NanumBarunGothic" w:eastAsia="NanumBarunGothic"/>
          <w:b/>
          <w:color w:val="17365D"/>
          <w:sz w:val="17"/>
        </w:rPr>
        <w:t xml:space="preserve">2. </w:t>
      </w:r>
      <w:r>
        <w:rPr>
          <w:rFonts w:ascii="NanumBarunGothic" w:hAnsi="NanumBarunGothic" w:eastAsia="NanumBarunGothic"/>
          <w:b w:val="0"/>
          <w:color w:val="888888"/>
          <w:sz w:val="17"/>
        </w:rPr>
        <w:t>________________________________________________________________________________</w:t>
      </w:r>
    </w:p>
    <w:p>
      <w:pPr>
        <w:spacing w:after="0"/>
      </w:pPr>
      <w:r>
        <w:rPr>
          <w:rFonts w:ascii="NanumBarunGothic" w:hAnsi="NanumBarunGothic" w:eastAsia="NanumBarunGothic"/>
          <w:b/>
          <w:color w:val="17365D"/>
          <w:sz w:val="17"/>
        </w:rPr>
        <w:t xml:space="preserve">3. </w:t>
      </w:r>
      <w:r>
        <w:rPr>
          <w:rFonts w:ascii="NanumBarunGothic" w:hAnsi="NanumBarunGothic" w:eastAsia="NanumBarunGothic"/>
          <w:b w:val="0"/>
          <w:color w:val="888888"/>
          <w:sz w:val="17"/>
        </w:rPr>
        <w:t>________________________________________________________________________________</w:t>
      </w:r>
    </w:p>
    <w:p>
      <w:pPr>
        <w:spacing w:after="0"/>
      </w:pPr>
      <w:r>
        <w:rPr>
          <w:rFonts w:ascii="NanumBarunGothic" w:hAnsi="NanumBarunGothic" w:eastAsia="NanumBarunGothic"/>
          <w:b/>
          <w:color w:val="17365D"/>
          <w:sz w:val="17"/>
        </w:rPr>
        <w:t xml:space="preserve">4. </w:t>
      </w:r>
      <w:r>
        <w:rPr>
          <w:rFonts w:ascii="NanumBarunGothic" w:hAnsi="NanumBarunGothic" w:eastAsia="NanumBarunGothic"/>
          <w:b w:val="0"/>
          <w:color w:val="888888"/>
          <w:sz w:val="17"/>
        </w:rPr>
        <w:t>________________________________________________________________________________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624" w:right="680" w:bottom="567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anumBarunGothic" w:hAnsi="NanumBarunGothic" w:eastAsia="NanumBarunGothic"/>
        <w:b w:val="0"/>
        <w:color w:val="7A8694"/>
        <w:sz w:val="16"/>
      </w:rPr>
      <w:t>스마트관광도시 분석 카드  |  배정 도시 1곳  |  공식·신뢰 가능한 출처를 우선 사용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NanumBarunGothic" w:hAnsi="NanumBarunGothic" w:eastAsia="NanumBarun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스마트관광도시 도시 카드 A4 3장 학생작성용</dc:title>
  <dc:subject>스마트관광도시 분석 과제 워크시트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